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30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29 ЛИПНЯ 06:00 — 30 ЛИПНЯ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5 566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1 973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93/100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бойове зіткнення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підтверджена загибла людина у Києві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93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зріс на 1 пункт до 93/100.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−67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83%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−69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Нічний удар: у Києві загинула людина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Росія атакувала Київ та інші регіони ракетами й безпілотниками. Reuters із посиланням на місцеву владу повідомив про одного загиблого у столиці та шістьох поранених у Львові. Дані попередні.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29 липня Генштаб зафіксував 191 бойове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Російські війська завдали одного ракетного і 60 авіаційних ударів, скинули 196 КАБ, застосували 5 566 дронів-камікадзе та здійснили 1 973 обстріли.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Темп боїв залишається дуже високим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Вечірній зріз у 191 зіткнення може бути доповнений ранковим підсумком. Найінтенсивнішими залишалися Покровський і Костянтинівський напрямки.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Новий підсумок втрат РФ на 30 липня ще не оприлюднений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повна оцінка за 29 липня — 1 310 військових, 60 артсистем і 1 468 БпЛА. Це оцінка української сторони; випуск не приписує її новій добі.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Норвегія обговорили тиск на Росію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Зеленський і прем’єр Норвегії обговорили координацію партнерів та умови для дипломатії. Нового пакета допомоги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Зеленський і Туск обговорили безпеку та дипломатію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Любліні сторони обговорили безпекову ситуацію, результати роботи у Вашингтоні та двосторонній історичний діалог.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ОПК залучив 167 пільгових кредитів на понад 10 млрд грн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повідомило, що 12 кредитів уже погашено. Програма підтримує розроблення, виробництво, ремонт і модернізацію озброєння.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Пільгове фінансування ОПК перевищило 10 млрд грн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Інвестиційний кредит може становити до 500 млн грн, фінансування оборотного капіталу — до 100 млн грн. Це обсяг кредитів, а не готової продукції.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Підсумкові числа нічної атаки на 06:00 не оприлюднені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не переносить числа 80 запущених і 65 знешкоджених БпЛА: вони стосуються ночі на 29 липня. Дані нової атаки очікують окремого офіційного повідомлення.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Міноборони призначило заступницю з питань людського капіталу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Любов Галан відповідатиме за комплектування, кар’єрне зростання, соціальний захист і підготовку. Призначення не змінює правил мобілізації.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розширила співпрацю з протезування поранених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40-й полк НГУ та «Форвард-Орто» підписали меморандум у сфері протезування. Кількісного плану охоплення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Представник «Ґреґота» провів навчальний інтенсив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Курсант Київського інституту НГУ, військовослужбовець 7-ї артилерійської бригади «Ґреґіт», провів інтенсив для студентів. Нових підтверджених бойових повідомлень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Київський інститут НГУ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канали перевірені. Відсутність публікації не означає відсутності бойової роботи; чутливі або неперевірені дані не публікуються.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показала навчання рекрутів із зачистки позицій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Рекрути відпрацювали штурм і зачистку умовних позицій як етап базової підготовки. Матеріал не описує реальну операцію.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російської заяви з незалежною перевіркою не включено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«Потребує перевірки». Повідомлення російського походження не подаються як факти без українського підтвердження або двох незалежних джерел.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 — контекст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Нічний удар підвищує KIS до 93/100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191 зіткнення, ракетно-дронова атака, цивільні втрати й превентивна реакція Польщі підтримують критично високий багатодоменний ризик. Це редакційний висновок.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вечора: офіційні підсумки атаки та фронт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відстежуватиме числа ракет і БпЛА, наслідки ударів, ранкове зведення Генштабу й рішення партнерів щодо ППО.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Нічний удар утримує напруженість на критичному рівні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Генштабу зафіксувало 191 бойове зіткнення. Нічний удар спричинив загибель людини у Києві та поранення у Львові.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підвищено до 93/100 через ракетно-дронову атаку й навантаження на ППО. Підсумкові числа повітряних цілей ще не оприлюднені.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наслідки ударів, ранкове зведення Генштабу та рішення партнерів щодо протиповітряної оборони.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Підсумкові числа ракет і БпЛА, оновлення щодо постраждалих та наслідків нічної атаки.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Ранкове й вечірнє зведення Генштабу та інтенсивність боїв на Покровському й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 фокусі — практичні рішення партнерів щодо ракет ППО, Patriot і міжнародної координації.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стійкість ППО, фінансування ОПК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№006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№006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-striking-kyiv-with-ballistic-missiles-mayor-says-2026-07-29/" TargetMode="External"/><Relationship Id="rId14" Type="http://schemas.openxmlformats.org/officeDocument/2006/relationships/hyperlink" Target="https://www.facebook.com/GeneralStaff.ua/posts/1397325912580483/" TargetMode="External"/><Relationship Id="rId15" Type="http://schemas.openxmlformats.org/officeDocument/2006/relationships/hyperlink" Target="https://www.ukrinform.ua/amp/rubric-ato/4149263-na-fronti-191-zitknenna-najgaracisi-pokrovskij-ta-kostantinivskij-napramki.html" TargetMode="External"/><Relationship Id="rId16" Type="http://schemas.openxmlformats.org/officeDocument/2006/relationships/hyperlink" Target="https://mod.gov.ua/news/bojovi-vtrati-voroga-na-29-lipnya-2026-roku" TargetMode="External"/><Relationship Id="rId17" Type="http://schemas.openxmlformats.org/officeDocument/2006/relationships/hyperlink" Target="https://www.president.gov.ua/news/prezident-ukrayini-ta-premyer-ministr-norvegiyi-obgovorili-m-105637" TargetMode="External"/><Relationship Id="rId18" Type="http://schemas.openxmlformats.org/officeDocument/2006/relationships/hyperlink" Target="https://www.president.gov.ua/news/prezident-ukrayini-zustrivsya-z-premyer-ministrom-polshi-105633" TargetMode="External"/><Relationship Id="rId19" Type="http://schemas.openxmlformats.org/officeDocument/2006/relationships/hyperlink" Target="https://mod.gov.ua/news/ponad-10-mlrd-hrn-pilhovykh-kredytiv-dlia-opk-minoborony-rozshyriuie-pidtrymku-ukrainskykh-zbroiariv" TargetMode="External"/><Relationship Id="rId20" Type="http://schemas.openxmlformats.org/officeDocument/2006/relationships/hyperlink" Target="https://www.facebook.com/kpszsu/" TargetMode="External"/><Relationship Id="rId21" Type="http://schemas.openxmlformats.org/officeDocument/2006/relationships/hyperlink" Target="https://mod.gov.ua/news/posilennya-za-klyuchovimi-napryamami-priznacheno-dvoh-zastupnikiv-ministra-oboroni-ukrayini" TargetMode="External"/><Relationship Id="rId22" Type="http://schemas.openxmlformats.org/officeDocument/2006/relationships/hyperlink" Target="https://ngu.gov.ua/2026/07/29/" TargetMode="External"/><Relationship Id="rId23" Type="http://schemas.openxmlformats.org/officeDocument/2006/relationships/hyperlink" Target="https://kingu.edu.ua/2026/07/%D0%BA%D1%83%D1%80%D1%81%D0%B0%D0%BD%D1%82-%D0%BA%D1%96-%D0%BD%D0%B3%D1%83-%D0%BF%D1%80%D0%BE%D0%B2%D1%96%D0%B2-%D0%BD%D0%B0%D0%B2%D1%87%D0%B0%D0%BB%D1%8C%D0%BD%D0%B8%D0%B9-%D1%96%D0%BD%D1%82%D0%B5/" TargetMode="External"/><Relationship Id="rId24" Type="http://schemas.openxmlformats.org/officeDocument/2006/relationships/hyperlink" Target="https://www.facebook.com/khartiiacor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№006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