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31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30 ЛИПНЯ 18:00 — 31 ЛИПНЯ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269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83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1 340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95/100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ударних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застосовано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95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зріс на 1 пункт до 95/100 і залишається критично високим.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92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82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86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9%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−78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91%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269 боїв; ППО знешкодила 195 із 255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зафіксував 269 бойових зіткнень за 30 липня. Повітряні сили повідомили про 255 запущених і 195 збитих або подавлених ударних БпЛА.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83 ракети, 254 КАБ і 8 980 застосувань дронів-камікадзе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уточненим зведенням, російські війська також здійснили 2 941 обстріл. Дані описують інтенсивність, але не підтверджують зміну лінії фронту.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16:00 — 62 атаки; найгарячіший Слов’янський напрямок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денний оперативний зріз, а не остаточний підсумок 31 липня. Підтвердження стратегічного прориву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Добова оцінка — 1 340 військових, 1 525 БпЛА і 42 артсистеми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офіційна оцінка української сторони, а не незалежно підтверджений повний облік.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і Європа посилюють координацію закупівель CORPUS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Йдеться про узгодження потреб і процедур оборонних агенцій. Окремого нового пакета озброєнь або суми фінансування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просить США прискорити постачання ракет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Посол Ольга Стефанішина заявила про нагальну потребу в протибалістичних ракетах. Це позиція України й опис переговорів, а не вже ухвалене рішення США.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НРК виконали 66 300 місій від початку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повідомило про понад 22 тисячі законтрактованих наземних роботів і замовлення через єБали майже на 1,9 млрд грн. Це відомча статистика.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Уряд заявив про відсутність дефіциту пального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Ринок для цивільного сектору забезпечений ресурсом. Це не є прогнозом цін, які залишаються залежними від обстрілів і зовнішніх ринків.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255 БпЛА запущено, 195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14 локаціях зафіксовано влучання 60 БпЛА. Показник знешкоджених включає збиті й подавлені засобами РЕБ цілі.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Після СЗЧ можна обрати один із понад 70 підрозділів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Програму добровільного повернення розширено; рапорт подають через Армія+, військову частину або центри рекрутингу. Умови перевіряються індивідуально.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Волонтери підтримали поранених військових НГУ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Майстри Академії «Партнер +» відвідали поранених захисників. Це підтверджена локальна ініціатива, а не відкритий збір коштів.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бойова робота, навчання, інтерв’ю й медійні згадки перевірено окремо. Непідтверджені дані не включено.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 Ігоря Оболєнського здійснили замах; двох осіб затримано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Президент повідомив про медичну допомогу командиру корпусу. Мотиви й правову кваліфікацію встановлює слідство; затримання не є доведенням вини.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Президент України;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і Посольство США обговорили правоохоронну співпрацю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Відбулася робоча зустріч і представлення нового керівника профільного відділу Посольства США. Нового пакета озброєнь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Російська асоціація заявила про ризики для зернового експорту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сторони». Оцінки можливих втрат експорту незалежно не підтверджені й не подаються як встановлений факт.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підвищується до 95/100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Зростання пояснюють 269 боями, 83 ракетами, атакою 255 БпЛА та замахом на командира «Хартії». Це модельний редакційний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фокусі наступної доби — фронт, ППО та слідство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стежитиме за вечірнім зведенням, повітряними загрозами, станом Ігоря Оболєнського та рішеннями партнерів щодо ракет ППО.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269 боїв і нова атака БпЛА підвищують KIS до 95/100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269 бойових зіткнень; Повітряні сили — про 255 запущених і 195 знешкоджених БпЛА.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підвищено до 95/100 через уточнені дані про 83 ракети, 255 БпЛА, 269 боїв і замах на командира «Хартії».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Генштабу, повітряні загрози, стан Ігоря Оболєнського, слідство й рішення партнерів щодо ППО.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та нові сигнали повітряної загрози.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Стан Ігоря Оболєнського, офіційний перебіг слідства та ситуація на Слов’янському напрямку.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рішення партнерів щодо ракет ППО й наслідки інциденту у Польщі.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міжнародна конфронтація, паливний ринок РФ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№009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№009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GeneralStaff.ua/posts/1398517122461362/" TargetMode="External"/><Relationship Id="rId14" Type="http://schemas.openxmlformats.org/officeDocument/2006/relationships/hyperlink" Target="https://www.facebook.com/GeneralStaff.ua/" TargetMode="External"/><Relationship Id="rId15" Type="http://schemas.openxmlformats.org/officeDocument/2006/relationships/hyperlink" Target="https://mod.gov.ua/news/bojovi-vtrati-voroga-na-31-lipnya-2026-roku" TargetMode="External"/><Relationship Id="rId16" Type="http://schemas.openxmlformats.org/officeDocument/2006/relationships/hyperlink" Target="https://mod.gov.ua/news" TargetMode="External"/><Relationship Id="rId17" Type="http://schemas.openxmlformats.org/officeDocument/2006/relationships/hyperlink" Target="https://www.reuters.com/business/aerospace-defense/ukraines-envoy-us-says-we-need-missiles-2026-07-31/" TargetMode="External"/><Relationship Id="rId18" Type="http://schemas.openxmlformats.org/officeDocument/2006/relationships/hyperlink" Target="https://mod.gov.ua/news/zalizo-zamist-liudei-nrk-vykonaly-ponad-66-300-misii-vid-pochatku-roku" TargetMode="External"/><Relationship Id="rId19" Type="http://schemas.openxmlformats.org/officeDocument/2006/relationships/hyperlink" Target="https://www.ukrinform.ua/tag-oleksij-sobolev" TargetMode="External"/><Relationship Id="rId20" Type="http://schemas.openxmlformats.org/officeDocument/2006/relationships/hyperlink" Target="https://www.facebook.com/kpszsu/" TargetMode="External"/><Relationship Id="rId21" Type="http://schemas.openxmlformats.org/officeDocument/2006/relationships/hyperlink" Target="https://mod.gov.ua/news/dlia-povernennia-pislia-szch-viiskovi-teper-mozhut-obraty-odyn-iz-ponad-70-pidrozdiliv" TargetMode="External"/><Relationship Id="rId22" Type="http://schemas.openxmlformats.org/officeDocument/2006/relationships/hyperlink" Target="https://ngu.gov.ua/2026/07/31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ukrinform.ua/rubric-ato/4149840-na-komandira-hartii-obolenskogo-zdijsnili-zamah-napadnik-i-spilnik-zatrimani-zelenskij.html" TargetMode="External"/><Relationship Id="rId25" Type="http://schemas.openxmlformats.org/officeDocument/2006/relationships/hyperlink" Target="https://www.reuters.com/business/russian-grain-lobby-says-kyivs-attacks-threaten-black-sea-exports-global-food-2026-07-31/" TargetMode="External"/><Relationship Id="rId26" Type="http://schemas.openxmlformats.org/officeDocument/2006/relationships/hyperlink" Target="https://www.ukrinform.ua/rubric-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№009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