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№010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06:00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31 ЛИПНЯ 06:00 — 1 СЕРПНЯ 06:00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207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72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44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168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1 953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95/100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бойових зіткнень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ударних БпЛА запущено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знешкоджено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керованих авіабомб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обстрілів за добу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комплексний індекс напруженості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оперативні оцінки Генерального штабу ЗСУ можуть уточнюватися.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95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КРИТИЧНО ВИСОКИЙ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залишається на рівні 95/100 через ракетний удар по Києву та критичне навантаження на ППО. Шкала 0–100: більше значення означає вищу сукупну напруженість.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94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95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91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83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95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87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97%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87%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7%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−80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90%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86%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94%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9%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−79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Росія атакувала Київ ракетами; щонайменше троє загиблих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Reuters і AP повідомили про понад десятьох поранених та пошкодження житлових і складських будівель. Дані можуть уточнюватися.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Reuters; Associated Press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207 боїв; найбільше на Покровському й Костянтинівському напрямках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 зведенням Генштабу, російські війська здійснили 28 атак на Покровському, 22 на Костянтинівському та 19 на Слов’янському напрямках.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168 КАБ, 6 415 дронів-камікадзе та 1 953 обстріли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Генштаб також повідомив про один ракетний удар двома ракетами та 55 авіаударів. Цифри можуть уточнюватися.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Новий добовий підсумок до 06:00 не оприлюднено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Остання повна оцінка — 1 340 військових, 1 525 БпЛА і 42 артсистеми за попередню добу. Ці числа не приписуються 1 серпня.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 CORPUS запрацювали робочі групи оборонних закупівель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Платформа узгоджує потреби й процедури України з європейськими агенціями. Нового пакета озброєнь не оголошено.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Трамп: угоди про виробництво Patriot в Україні немає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Заява суперечить попередній обіцянці надати ліцензію. Reuters повідомляє, що переговори тривають, але формальної угоди не підтверджено.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DELTA фіксує понад 6 600 уражень щодня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червні до системи внесли понад 200 тисяч підтверджених уражень дронами. Це відомча статистика цифрової бойової системи.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Тариф на передачу електроенергії зростає на 2,5%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Зміна з 1 серпня не означає однакового автоматичного зростання всіх роздрібних рахунків. Наслідки залежать від категорії споживача.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Укрінформ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72 БпЛА запущено, 44 знешкоджено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Це підтверджені Повітряними силами дані саме дронової складової атаки. Ракетний удар по Києву висвітлено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Повітряні сили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Після 31 липня змінюється порядок обліку 17-річних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До досягнення 18 років постановка на облік відбувається особисто у ТЦК та СП. Це процедура обліку, а не повідомлення про призов неповнолітніх.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Нової перевіреної загальнонаціональної ініціативи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Неперевірені збори й приватні реквізити не публікуються. Остання підтверджена локальна ініціатива стосувалася підтримки поранених гвардійців.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бригади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повідомлення, навчання, бойову роботу, нагородження, інтерв’ю та медійні згадки перевірено окремо. Непідтверджені дані не включено.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7-ма бригада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даних про стан Ігоря Оболєнського немає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Останнє офіційне повідомлення — про медичну допомогу після замаху та затримання двох осіб. Версії мотивів не публікуються.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Президент України; Укрінформ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НГУ й Посольство США продовжили співпрацю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Сторони провели робочу зустріч щодо правоохоронного напряму. Пакета озброєнь або бойового рішення не оголошено.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E53935"/>
          <w:sz w:val="15"/>
        </w:rPr>
        <w:t xml:space="preserve">    ЗАЯВА РОСІЙСЬКОЇ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РФ називає цілями ударів військові об’єкти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Статус: «Заява російської сторони» та «Незалежно не підтверджено». Reuters і AP підтвердили руйнування житлової будівлі та цивільні жертви у Києві.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5">
        <w:r>
          <w:rPr>
            <w:color w:val="B5121B"/>
            <w:u w:val="single"/>
            <w:rFonts w:ascii="Calibri" w:hAnsi="Calibri"/>
            <w:sz w:val="19"/>
          </w:rPr>
          <w:t>Associated Press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KIS залишається на рівні 95/100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Менша кількість боїв і дронів компенсується ракетним ударом по Києву та невизначеністю щодо Patriot. Це модельний редакційний індикатор, не соціологія.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До вечора — Київ, ППО, фронт і Patriot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завершення рятувальних робіт, уточнений склад атаки, ранкове зведення Генштабу та офіційні рішення США.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Ракетний удар по Києву утримує KIS на рівні 95/100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Генштаб повідомив про 207 бойових зіткнень; Повітряні сили — про 72 запущені й 44 знешкоджені БпЛА.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залишено на рівні 95/100: меншу фронтову й дронову інтенсивність компенсує ракетний удар по Києву з цивільними жертвами.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Завершення рятувальних робіт у Києві, уточнений склад атаки, ранкове зведення Генштабу й рішення США щодо Patriot.</w:t>
      </w:r>
    </w:p>
    <w:p>
      <w:r>
        <w:br w:type="page"/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Завершення рятувальних робіт у Києві, уточнений склад атаки та ранкове зведення Генштабу.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Ризик повторних ударів, навантаження на ППО й бої на Покровському та Костянтинівському напрямках.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Офіційні рішення США щодо Patriot і результати слідства у справі замаху на Ігоря Оболєнського.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Ключові змінні: темп повітряних атак, міжнародна конфронтація, паливний ринок РФ і дипломатичний трек.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№010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№010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reuters.com/business/aerospace-defense/russia-pounds-kyiv-with-missiles-2026-07-31/" TargetMode="External"/><Relationship Id="rId14" Type="http://schemas.openxmlformats.org/officeDocument/2006/relationships/hyperlink" Target="https://www.facebook.com/GeneralStaff.ua/posts/1399063855740022/" TargetMode="External"/><Relationship Id="rId15" Type="http://schemas.openxmlformats.org/officeDocument/2006/relationships/hyperlink" Target="https://mod.gov.ua/news/bojovi-vtrati-voroga-na-31-lipnya-2026-roku" TargetMode="External"/><Relationship Id="rId16" Type="http://schemas.openxmlformats.org/officeDocument/2006/relationships/hyperlink" Target="https://mod.gov.ua/news/ukraina-ta-yevropa-posyliuiut-vzaiemodiiu-v-mezhakh-mizhnarodnoi-koalitsii-zakupivelnykh-ahentsii-corpus" TargetMode="External"/><Relationship Id="rId17" Type="http://schemas.openxmlformats.org/officeDocument/2006/relationships/hyperlink" Target="https://www.reuters.com/business/aerospace-defense/trump-says-us-has-not-agreed-ukraine-building-patriot-missiles-2026-07-31/" TargetMode="External"/><Relationship Id="rId18" Type="http://schemas.openxmlformats.org/officeDocument/2006/relationships/hyperlink" Target="https://mod.gov.ua/news/u-boiovii-systemi-delta-shchodnia-fiksuietsia-ponad-6-600-urazhenykh-vorozhykh-tsilei" TargetMode="External"/><Relationship Id="rId19" Type="http://schemas.openxmlformats.org/officeDocument/2006/relationships/hyperlink" Target="https://www.ukrinform.ua/rubric-economy/4148856-v-ukraini-z-1-serpna-tarif-na-peredacu-elektroenergii-zroste-na-25.html" TargetMode="External"/><Relationship Id="rId20" Type="http://schemas.openxmlformats.org/officeDocument/2006/relationships/hyperlink" Target="https://www.facebook.com/kpszsu/posts/1182087207292559/" TargetMode="External"/><Relationship Id="rId21" Type="http://schemas.openxmlformats.org/officeDocument/2006/relationships/hyperlink" Target="https://mod.gov.ua/news/17-richni-yunaki-mozhut-stati-na-vijskovij-oblik-onlajn-do-31-lipnya-vklyuchno-yak-cze-zrobiti" TargetMode="External"/><Relationship Id="rId22" Type="http://schemas.openxmlformats.org/officeDocument/2006/relationships/hyperlink" Target="https://ngu.gov.ua/2026/07/31/" TargetMode="External"/><Relationship Id="rId23" Type="http://schemas.openxmlformats.org/officeDocument/2006/relationships/hyperlink" Target="https://www.facebook.com/khartiia.gregit/" TargetMode="External"/><Relationship Id="rId24" Type="http://schemas.openxmlformats.org/officeDocument/2006/relationships/hyperlink" Target="https://www.ukrinform.ua/rubric-ato/4149840-na-komandira-hartii-obolenskogo-zdijsnili-zamah-napadnik-i-spilnik-zatrimani-zelenskij.html" TargetMode="External"/><Relationship Id="rId25" Type="http://schemas.openxmlformats.org/officeDocument/2006/relationships/hyperlink" Target="https://apnews.com/article/eb62397d10bca2d6db4269a3bcfc9dc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№010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