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№012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 СЕРПНЯ 06:00 — 2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31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201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6 659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2 381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96/100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ракету застосовано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керована авіабомба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застосувань дронів-камікадзе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критично високий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96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знижено до 96/100: нового підсумку масованої нічної атаки немає, але 193 бої, 31 ракета, 201 КАБ і 6 659 застосувань дронів-камікадзе утримують рівень критичним.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93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93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5%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−84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91%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8%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−81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193 бойові зіткнення та 31 застосована ракета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три ракетні удари 31 ракетою. Оперативні дані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Найбільше атак — на Покровському та Південно-Слобожанському напрямках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Зафіксовано відповідно 23 і 17 атак. На Слов’янському напрямку — 14, на Костянтинівському — 13.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201 КАБ, 6 659 дронів-камікадзе та 2 381 обстріл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Російські війська здійснили 66 авіаударів. Показники описують інтенсивність вогневого впливу.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Новий добовий підсумок до 06:00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Остання повна оцінка — 1 470 військових, 1 838 БпЛА і 82 артсистеми за 31 липня. Ці числа не приписуються 1 серпня.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й Велика Британія працюють над посиленням ППО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Обговорено антибалістичні проєкти, ракети для ППО, Meteor та антидронові засоби. Постачання й строки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Президент закликав партнерів ухвалити рішення про пакети Patriot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офіційний заклик української сторони, а не підтвердження нового постачання. До 06:00 рішення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Президент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SkyFall повідомила про дрон із дальністю до 600 км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Характеристику заявив розробник. Незалежного випробувального звіту або підтвердження серійного виробництва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Тариф на передачу електроенергії зріс на 2,5%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Зміна не означає однакового автоматичного зростання всіх роздрібних рахунків.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Підсумкових чисел нічної атаки на 2 серпня ще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Попередні 185 запущених і 154 знешкоджених БпЛА стосуються 1 серпня й не переносяться як нові дані.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офіційних рекрутингових рішень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Редакція не повторює старі оголошення як нові. Актуальні умови слід перевіряти на офіційних ресурсах.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перевіреної загальнонаціональної ініціативи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Неперевірені збори й приватні реквізити не публікуються.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бригади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 та медійні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повідомлень корпусу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та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Офіційні ресурси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СБС звітують про 53 755 уражених цілей у липні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даними командування, виконано 230 843 місії, у середньому уражено 1 734 цілі щодоби. Це відомча статистика.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Сили безпілотних систем; 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повторює заяви про удари лише по військових об’єктах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Reuters і AP підтвердили цивільні руйнування та жертви.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знижено до 96/100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Відсутність нового підсумку масованої нічної атаки знижує індекс на пункт, але фронтова й повітряна інтенсивність залишають його критичним.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вечора — зведення, ППО, Patriot і фронт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ранкові підсумки, оцінка втрат, рішення щодо Patriot та бої на ключових напрямках.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Президент України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Фронтова інтенсивність утримує KIS на рівні 96/100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193 бойові зіткнення, 31 застосовану ракету, 201 КАБ, 6 659 застосувань дронів-камікадзе та 2 381 обстріл.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знижено до 96/100: нового підсумку масованої нічної атаки немає, але 193 бої, 31 ракета, 201 КАБ і 6 659 застосувань дронів-камікадзе утримують рівень критичним.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Ранкові підсумки Генштабу й Повітряних сил, нова оцінка втрат та рішення партнерів щодо Patriot.</w:t>
      </w:r>
    </w:p>
    <w:p>
      <w:r>
        <w:br w:type="page"/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Ранкові підсумки Генштабу й Повітряних сил та нова оцінка втрат.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наслідків удару по Києву, стан ППО й бої на ключових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перехоплювачів, Meteor і подальшого треку Patriot.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повітряних атак, міжнародна конфронтація, паливний ринок РФ і дипломатичний трек.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№012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№012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facebook.com/GeneralStaff.ua/posts/1399888118990929/" TargetMode="External"/><Relationship Id="rId14" Type="http://schemas.openxmlformats.org/officeDocument/2006/relationships/hyperlink" Target="https://mod.gov.ua/news/bojovi-vtrati-voroga-na-1-serpnya-2026-roku" TargetMode="External"/><Relationship Id="rId15" Type="http://schemas.openxmlformats.org/officeDocument/2006/relationships/hyperlink" Target="https://mod.gov.ua/news/ukrayina-ta-velika-britaniya-praczyuyut-nad-posilennyam-ppo-ta-antibalistichnimi-proyektami" TargetMode="External"/><Relationship Id="rId16" Type="http://schemas.openxmlformats.org/officeDocument/2006/relationships/hyperlink" Target="https://www.president.gov.ua/news/raketi-dlya-petriotiv-u-sviti-ye-i-vazhlivo-shob-partneri-zr-105665" TargetMode="External"/><Relationship Id="rId17" Type="http://schemas.openxmlformats.org/officeDocument/2006/relationships/hyperlink" Target="https://www.ukrinform.ua/rubric-economy/4150234-skyfall-rozrobila-midlstrajkdron-iz-dalnistu-polotu-do-600-kilometriv.html" TargetMode="External"/><Relationship Id="rId18" Type="http://schemas.openxmlformats.org/officeDocument/2006/relationships/hyperlink" Target="https://www.ukrinform.ua/rubric-economy/4148856-v-ukraini-z-1-serpna-tarif-na-peredacu-elektroenergii-zroste-na-25.html" TargetMode="External"/><Relationship Id="rId19" Type="http://schemas.openxmlformats.org/officeDocument/2006/relationships/hyperlink" Target="https://www.facebook.com/kpszsu/" TargetMode="External"/><Relationship Id="rId20" Type="http://schemas.openxmlformats.org/officeDocument/2006/relationships/hyperlink" Target="https://mod.gov.ua/" TargetMode="External"/><Relationship Id="rId21" Type="http://schemas.openxmlformats.org/officeDocument/2006/relationships/hyperlink" Target="https://ngu.gov.ua/2026/08/01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facebook.com/khartiabrygada/" TargetMode="External"/><Relationship Id="rId24" Type="http://schemas.openxmlformats.org/officeDocument/2006/relationships/hyperlink" Target="https://www.ukrinform.ua/rubric-ato/4150105-sili-bezpilotnih-sistem-u-lipni-vrazali-1-734-rosijski-cili-sodobi.html" TargetMode="External"/><Relationship Id="rId25" Type="http://schemas.openxmlformats.org/officeDocument/2006/relationships/hyperlink" Target="https://apnews.com/article/eb62397d10bca2d6db4269a3bcfc9dc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№012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