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№013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 СЕРПНЯ 18:00 — 2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243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133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109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1 500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96/100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бойові зіткнення за 1 серпня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запущено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знешкоджено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оцінка втрат військових РФ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артсистем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критично високий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оперативні оцінки Генерального штабу ЗСУ можуть уточнюватися.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96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96/100: 243 бої, 133 запущені БпЛА, 24 влучання та дальні удари утримують рівень критичним. Нижчий ракетний компонент компенсується високою фронтовою, дроновою та інформаційною напруженістю. Шкала 0–100: більше значення означає вищу сукупну напруженість.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91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87%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6%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−83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93%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89%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7%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−83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Повний підсумок 1 серпня — 243 бойові зіткнення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Ранкове зведення уточнило вечірній оперативний зріз: 243 бої замість 193. Це штатне підсумкове уточнення.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До 16:00 — 52 атаки, найбільше на Покровському напрямку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Покровський напрямок — 15 атак, Слов’янський — 10, Костянтинівський і Гуляйпільський — по дев’ять.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Прикордоння Сумщини й Чернігівщини залишалося під обстрілами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 Північно-Слобожанському й Курському напрямках зафіксовано два авіаудари, чотири КАБ і 38 обстрілів.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Оцінка за 1 серпня: 1 500 військових і 69 артсистем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Також заявлено про 1 788 БпЛА та вісім РСЗВ. Це оцінка української сторони, яка може уточнюватися.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пакетів допомоги не оголошено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Переговори не прирівнюються до контракту, фінансування або фактичної передачі озброєння.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рішень щодо Patriot не оприлюднено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Після заклику Президента нового підтвердженого рішення партнерів до 18:00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Президент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ГУР представило систему спостереження «Периметр»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Модульна система може замінювати людей на варті. Повні характеристики й незалежний випробувальний звіт не оприлюднено.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ГУР МО України;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Заявлено про ураження НПЗ, аеродрому й нафтобази у РФ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підтвердив влучання й пожежі; масштаби збитків та економічний ефект встановлюються.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Генеральний штаб ЗСУ;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133 БпЛА запущено, 109 збито або подавлено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Повітряні сили зафіксували влучання 24 ударних БпЛА на 19 локаціях та уламки на трьох.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До завершення спрощеного повернення після СЗЧ — 50 днів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Для визначених категорій військовослужбовців ЗСУ, НГУ та ДССТ рапорт можна подати до 20 вересня.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Чернігівські гвардійці долучилися до донорства крові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27-й полк НГУ провів чергову донацію. Приватних реквізитів або неперевірених зборів матеріал не містить.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бригади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бойову роботу, навчання, нагородження, інтерв’ю, фото, відео та медійні 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7-ма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заяв корпусу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рекрутинг, міжнародні контакти та офіційні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Офіційні ресурси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СБС заявили про ураження семи РЛС і «Тор-М2»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Відомча інформація описує удари на оперативній глибині; незалежного повного аудиту кожного ураження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СБС ЗСУ;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заявила про 635 збитих українських дронів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Статус: «Заява російської сторони» та «Незалежно не підтверджено». Reuters не підтверджує цю цифру незалежно.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6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— 96/100, критичний рівень без зміни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243 бої, 133 запущені БпЛА та дальні удари утримують рівень критичним. Це модельний індикатор,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зведення, ППО, фронт і наслідки діпстрайків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повний підсумок боїв, нові повітряні загрози, наслідки ударів і рішення щодо Patriot.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Дронова й фронтова інтенсивність утримують KIS на рівні 96/100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Генштаб уточнив підсумок до 243 бойових зіткнень; Повітряні сили повідомили про 133 запущені та 109 знешкоджених БпЛА.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залишається 96/100: 243 бої, 133 запущені БпЛА, 24 влучання й дальні удари утримують напруженість на критичному рівні.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Повний вечірній підсумок Генштабу, нові повітряні загрози, наслідки діпстрайків і рішення щодо Patriot.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Повний вечірній підсумок Генштабу та нові попередження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Темп боїв на Покровському, Слов’янському, Костянтинівському й Гуляйпільському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Уточнення наслідків ударів по НПЗ, аеродрому, нафтобазі та російських системах ППО.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Ключові змінні: темп повітряних атак, рішення щодо Patriot, міжнародна конфронтація й дипломатичний трек.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№013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№013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facebook.com/GeneralStaff.ua/" TargetMode="External"/><Relationship Id="rId14" Type="http://schemas.openxmlformats.org/officeDocument/2006/relationships/hyperlink" Target="https://www.facebook.com/GeneralStaff.ua/posts/1400540592259015/" TargetMode="External"/><Relationship Id="rId15" Type="http://schemas.openxmlformats.org/officeDocument/2006/relationships/hyperlink" Target="https://mod.gov.ua/news/bojovi-vtrati-voroga-na-2-serpnya-2026-roku" TargetMode="External"/><Relationship Id="rId16" Type="http://schemas.openxmlformats.org/officeDocument/2006/relationships/hyperlink" Target="https://mod.gov.ua/news" TargetMode="External"/><Relationship Id="rId17" Type="http://schemas.openxmlformats.org/officeDocument/2006/relationships/hyperlink" Target="https://www.president.gov.ua/news/raketi-dlya-petriotiv-u-sviti-ye-i-vazhlivo-shob-partneri-zr-105665" TargetMode="External"/><Relationship Id="rId18" Type="http://schemas.openxmlformats.org/officeDocument/2006/relationships/hyperlink" Target="https://armyinform.com.ua/2026/08/02/systema-perymetr-inzhenery-gur-stvoryly-mehanizm-sposterezhennya-yakyj-zaminyv-chatovyh/" TargetMode="External"/><Relationship Id="rId19" Type="http://schemas.openxmlformats.org/officeDocument/2006/relationships/hyperlink" Target="https://armyinform.com.ua/2026/08/02/syly-oborony-urazyly-saratovskyj-npz-aerodrom-engels-ta-naftobazu-v-kaluzkij-oblasti/" TargetMode="External"/><Relationship Id="rId20" Type="http://schemas.openxmlformats.org/officeDocument/2006/relationships/hyperlink" Target="https://www.facebook.com/kpszsu/posts/1493807482787195/" TargetMode="External"/><Relationship Id="rId21" Type="http://schemas.openxmlformats.org/officeDocument/2006/relationships/hyperlink" Target="https://mod.gov.ua/news/do-zavershennya-programi-povernennya-pislya-sz-ch-zalishilosya-50-dniv" TargetMode="External"/><Relationship Id="rId22" Type="http://schemas.openxmlformats.org/officeDocument/2006/relationships/hyperlink" Target="https://ngu.gov.ua/2026/08/02/" TargetMode="External"/><Relationship Id="rId23" Type="http://schemas.openxmlformats.org/officeDocument/2006/relationships/hyperlink" Target="https://www.facebook.com/khartiia.gregit/" TargetMode="External"/><Relationship Id="rId24" Type="http://schemas.openxmlformats.org/officeDocument/2006/relationships/hyperlink" Target="https://www.facebook.com/khartiabrygada/" TargetMode="External"/><Relationship Id="rId25" Type="http://schemas.openxmlformats.org/officeDocument/2006/relationships/hyperlink" Target="https://armyinform.com.ua/2026/08/02/sim-rls-ta-tor-m2-sbs-znyshhyly-nyzku-klyuchovyh-system-protypovitryanogo-zahystu-okupantiv/" TargetMode="External"/><Relationship Id="rId26" Type="http://schemas.openxmlformats.org/officeDocument/2006/relationships/hyperlink" Target="https://www.reuters.com/world/ukrainian-drones-kill-two-russia-strike-wildberries-warehouse-governors-say-2026-08-0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№013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