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 СЕРПНЯ 06:00 — 4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6 544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95/100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зіткнення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ударні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або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КАБ у зрізі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95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95/100: 182 бої у зрізі на 22:00, 184 КАБ, 6 544 застосування дронів-камікадзе та нічна атака 162 БпЛА підтримують критичний рівень.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82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−82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Санкції проти постачальників компонентів для російської балістики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Рішення стосується компаній, які обслуговують військово-промисловий комплекс РФ. Практичний вплив потребує моніторингу.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Станом на 22:00 — 182 бойові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у зрізі: Костянтинівський напрямок — 26, Слов’янський — 17, Покровський — 16. Це не повний добовий підсумок.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184 КАБ, 6 544 дрони-камікадзе та 2 217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Показники наведено станом на 22:00; ранкове повне зведення на момент випуску не оприлюднене.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добової оцінки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числа за 2 серпня не подаються як нові; показники буде уточнено після офіційного зведення.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Визначено пріоритети оборонної та енергетичної підтримки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Президент назвав серед завдань масштабування Антибалістичної коаліції та підготовку до зими; нового пакета постачання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Молдова обговорили безпеку та інфраструктуру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Офіційне повідомлення не містить рішення ЄС чи НАТО про нові постачання або фінансування.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Thales планує масштабувати недорогі ракети проти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FZ275 LGR оцінюється менш як у $10 тис.; 100 тисяч ракет на рік — ціль виробника з 2028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СБУ підбила підсумки ударів по військово-економічних цілях РФ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Заявлено про п’ять НПЗ, аеродроми, авіазавод, РЛС і склади; масштаб збитків незалежно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СБУ;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162 БпЛА запущено, 161 збито або подавлено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Числа окремо перевірено за офіційним ранковим повідомленням Повітряних сил.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змін до правил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Чинні вакансії та рекрутингові канали залишаються доступними на офіційних ресурсах.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ініціатив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06:00 матеріалу з верифікованими організаторами та реквізитами, який відповідав би стандарту,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63 тисячі військових пройшли підготовку Interflex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Серед них 11 тисяч інструкторів; програму підтримують військові з 13 держав-партнерів.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загиблих на курорті в Геленджику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Україна заяву не коментувала.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95/100,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182 бої у зрізі на 22:00 та нічна атака 162 БпЛА підтримують критичну напруженість.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повне зведення, втрати, ППО й санкції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остаточний добовий підсумок, уточнення нічної атаки, санкційна реалізація та фронтова динаміка.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Президент України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Бойова й дронова інтенсивність утримують KIS на рівні 95/100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Оперативний зріз: 182 зіткнення, 184 КАБ, 6 544 застосування дронів-камікадзе та 2 217 обстрілів станом на 22:00.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95/100. У нічній атаці 162 БпЛА: 161 збито або подавлено.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ранковий підсумок Генштабу, нова оцінка втрат, уточнення повітряної атаки та реалізація санкцій.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вечірній підсумок Генштабу та нові попередження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й Південно-Слобожанському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дальніх ударів і практичний зміст нових Drone Deals.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Перші рішення нового керівництва СЗР і РНБО та динаміка міжнародних коаліцій підтримки.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№016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№016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ukrayina-zastosuvala-sankciyi-proti-kompanij-sho-postachayut-105689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mod.gov.ua/news" TargetMode="External"/><Relationship Id="rId16" Type="http://schemas.openxmlformats.org/officeDocument/2006/relationships/hyperlink" Target="https://www.president.gov.ua/news/sankcijnij-tisk-na-rosiyu-zbilshennya-vijskovoyi-ta-energeti-105681" TargetMode="External"/><Relationship Id="rId17" Type="http://schemas.openxmlformats.org/officeDocument/2006/relationships/hyperlink" Target="https://www.president.gov.ua/news/prezident-ukrayini-ta-vicepremyer-ministr-ministr-zakordonni-105685" TargetMode="External"/><Relationship Id="rId18" Type="http://schemas.openxmlformats.org/officeDocument/2006/relationships/hyperlink" Target="https://armyinform.com.ua/2026/08/03/ekonomno-i-efektyvno-belgijskyj-oboronnyj-vyrobnyk-obiczyaye-narostyty-vypusk-rakety-proty-bpla-do-sotni-tysyach-na-rik/" TargetMode="External"/><Relationship Id="rId19" Type="http://schemas.openxmlformats.org/officeDocument/2006/relationships/hyperlink" Target="https://armyinform.com.ua/2026/08/03/pyat-npz-vynyshhuvachi-aviazavod-rls-ta-sklady-boyeprypasiv-pidsumky-udariv-sbu-za-tyzhden/" TargetMode="External"/><Relationship Id="rId20" Type="http://schemas.openxmlformats.org/officeDocument/2006/relationships/hyperlink" Target="https://www.facebook.com/kpszsu/posts/1184641433703803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www.reuters.com/world/europe/russia-says-four-people-killed-holiday-resort-including-child-ukrainian-drone-2026-08-0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№016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