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№017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4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3 СЕРПНЯ 18:00 — 4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226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136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258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10 712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ударні 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або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96/100: 226 боїв, 258 КАБ, 10 712 застосувань дронів-камікадзе та 3 251 обстріл підтримують критичний рівень.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−82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91%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6%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−85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Reuters верифікував атаку дрона на продавця ринку в Херсоні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Відео геолоковано й перевірено: чоловік вижив, зазнав шоку та осколкових поранень. Правову оцінку встановлюють компетентні органи.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3 серпня — 226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Костянтинівський напрямок — 35 атак; Слов’янський і Покровський — по 22.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258 КАБ, 10 712 дронів-камікадзе та 3 251 обстріл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добу також зафіксовано два ракетні та 84 авіаційні удари, застосовано три ракети.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1 240 військових, 1 792 БпЛА та 55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Оперативна добова оцінка Міністерства оборони України може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USEUCOM реорганізує Групу сприяння безпеці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Пентагон доручив передати союзникам керівництво групою; нового пакета озброєнь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Нового окремого пакета допомоги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Підтверджено організаційне доручення щодо реорганізації механізму підтримки; обсягів нових поставок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Підприємства ОПК мають підтвердити критичний статус до 10 серпня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нагадало про адміністративну процедуру; це не повідомлення про нові контракти.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НБУ переказав на оборону майже 4 млрд гривень у липні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підсумок спеціального рахунку не дорівнює всьому оборонному бюджету.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Укрінформ; НБУ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Уточнено: 1 балістична ракета і 136 БпЛА; 117 дронів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Офіційний підсумок замінює помилкові ранкові числа 162/161. Зафіксовано влучання ракети та 14 БпЛА у 14 локаціях.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Розширено права військових після умовно-дострокового звільнення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Вони отримали право на 15 календарних днів щорічної основної відпустки.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ініціатив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18:00 матеріалу з верифікованими організаторами та реквізитами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та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427-й полк «Рарог» показав ураження штурмової групи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Відео фіксує ураження автомобіля; кількість втрат за ним незалежно не встановлюється.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АрміяInform; 427-й полк «Рарог»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удари по суднах і портових об’єктах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не зміг перевірити 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96/100,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226 боїв, 258 КАБ, 10 712 дронів-камікадзе і 3 251 обстріл підвищили індекс.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бої, ППО, порти та механізм допомоги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вечірнє зведення, повітряна загроза, портові об’єкти й реорганізація Групи сприяння безпеці.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Бойова й дронова інтенсивність підвищили KIS до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добовий зріз: 226 зіткнень, 258 КАБ, 10 712 застосувань дронів-камікадзе та 3 251 обстріл.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96/100. Уточнено нічну атаку: 136 БпЛА запущено, 117 збито або подавлено; також застосовано одну балістичну ракету.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Поточний темп боїв, нові попередження ППО, портові об’єкти та реорганізація механізму міжнародної допомоги.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Вечірній підсумок Генштабу та нові попередження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Костянтинівському, Покровському й Південно-Слобожанському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ударів по портовій і військовій інфраструктурі.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параметри реорганізації Групи сприяння безпеці України.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№017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№017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ukraine-accuses-russia-war-crime-after-video-shows-drone-hunting-market-vendor-2026-08-04/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mod.gov.ua/news/bojovi-vtrati-voroga-na-4-serpnya-2026-roku" TargetMode="External"/><Relationship Id="rId16" Type="http://schemas.openxmlformats.org/officeDocument/2006/relationships/hyperlink" Target="https://www.ukrinform.ua/rubric-world/4150921-glava-pentagonu-doruciv-peredati-souznikam-kerivnictvo-grupou-dopomogi-ukraini.html" TargetMode="External"/><Relationship Id="rId17" Type="http://schemas.openxmlformats.org/officeDocument/2006/relationships/hyperlink" Target="https://mod.gov.ua/news/dlya-pidtverdzhennya-statusu-kritichno-vazhlivih-pidpriyemstva-opk-mayut-podati-dokumenti-do-10-serpnya" TargetMode="External"/><Relationship Id="rId18" Type="http://schemas.openxmlformats.org/officeDocument/2006/relationships/hyperlink" Target="https://www.ukrinform.ua/rubric-economy/4151008-nacbank-u-lipni-pererahuvav-na-potrebi-oboroni-majze-4-milardi.html" TargetMode="External"/><Relationship Id="rId19" Type="http://schemas.openxmlformats.org/officeDocument/2006/relationships/hyperlink" Target="https://armyinform.com.ua/2026/08/04/vorog-atakuvav-vnochi-balistykoyu-ta-ponad-130-udarnymy-bpla/" TargetMode="External"/><Relationship Id="rId20" Type="http://schemas.openxmlformats.org/officeDocument/2006/relationships/hyperlink" Target="https://mod.gov.ua/news/rozshyreno-prava-viiskovykh-yaki-za-protseduroiu-umovno-dostrokovoho-zvilnennia-staly-na-zakhyst-ukrainy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armyinform.com.ua/2026/08/04/shist-porczij-smazhenyh-okupantiv-nash-dron-vpolyuvav-shturmovu-grupu-rosiyan/" TargetMode="External"/><Relationship Id="rId25" Type="http://schemas.openxmlformats.org/officeDocument/2006/relationships/hyperlink" Target="https://www.reuters.com/world/europe/russia-says-it-hit-ukrainian-military-linked-vessels-port-facilities-2026-08-0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№017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