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№021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6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5 СЕРПНЯ 18:00 — 6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261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101 / 66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299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10 672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1 330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98/100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бойове зіткнення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запущено /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втрат військових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261 зіткнення — повний добовий зріз Генштабу; 101/66 БпЛА — окремий звіт Повітряних сил про нічну атаку.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98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98/100: 261 бій, 299 КАБ, нова ракетно-дронова атака й загибель цивільних формують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−96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4%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−91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Шість загиблих у Балаклії та на Сумщині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підтвердив за даними місцевої влади щонайменше шістьох загиблих і понад 30 поранених. Дані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261 бойове зіткнення за добу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 29 атак зафіксовано на Костянтинівському й Покровському напрямках. Підтверджених територіальних змін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30 ракет, 299 КАБ, 10 672 дрони та 3 314 обстрілів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два ракетні й 78 авіаційних ударів; 66 обстрілів були з РСЗВ.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1 330 військових, 1 811 БпЛА та 59 артсистем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Оперативна українська оцінка втрат за добу; незалежна повна перевірка в реальному часі неможлива.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Норвегія долучена до прискорення FREYJA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Зеленський і Стере обговорили ППО та антибалістичні спроможності; нового пакета з конкретними строками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Британія підтвердила підтримку щонайменше на £3 млрд на рік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Сторони обговорили Gripen, Meteor, радари й сотні ракет проти безпілотників у 2026 році.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прискорює балістику та антибалістичну систему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Цільовий етап програми — 2026–2027 роки. Це офіційна програмна заява, не підтвердження завершення розробки.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Офіс Президента України;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Пільговий лізинг для виробників ОПК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Виробники можуть отримувати обладнання, транспорт і нерухомість для розширення потужностей.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101 БпЛА і чотири ракети; 66 дронів знешкоджено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Зафіксовано 29 влучань БпЛА й одне влучання ракети «Онікс» на 18 локаціях.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Перші спрощені переведення у 16-му та 19-му корпусах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Міноборони повідомило про практичне тестування процедури; вона не поширена автоматично на всі підрозділи.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Матеріалу з верифікованими організаторами й реквізитами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Навчання, бойову роботу, нагородження, інтерв’ю, фото, відео та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й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93-тя бригада показала перехоплення реактивного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Підрозділ оприлюднив відео застосування Stinger у Краматорському районі; незалежної технічної експертизи не проводили.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93-тя ОМБр;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Заява про загиблих у Брянській області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Reuters не зміг перевірити твердження губернатора.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98/100,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261 бій, 299 КАБ, нова ракетно-дронова атака й загибель цивільних підвищили модельний індекс.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темп боїв, ППО та FREYJA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Костянтинівський і Покровський напрямки, поставки ракет ППО та повідомлення підрозділів.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ракетна напруга: KIS 98/100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Повний добовий зріз: 261 зіткнення, 299 КАБ, 10 672 застосування дронів-камікадзе та 3 314 обстрілів.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98/100. У нічній атаці запущено 101 БпЛА, 66 знешкоджено; підтверджених територіальних змін не встановлено.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Темп боїв, нові числа Повітряних сил, поставки перехоплювачів, програма FREYJA та повідомлення підрозділів.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зведення Генштабу, нова оцінка втрат і підсумок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Костянтинівському, Покровському та Слов’янському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Додаткові підтвердження складу й ролі північнокорейського ракетного підрозділу.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перехоплювачів і стабільність чорноморського експорту.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№021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№021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europe/russian-strikes-kill-six-ukraines-balakliia-sumy-officials-say-2026-08-06/" TargetMode="External"/><Relationship Id="rId14" Type="http://schemas.openxmlformats.org/officeDocument/2006/relationships/hyperlink" Target="https://www.facebook.com/GeneralStaff.ua/posts/pfbid023hsfS5qkqopFy63MvSfg6fyVgMpwMhhCsVB8Bas6sZ3ZWDwS6quTJi7b94J7UnyTl" TargetMode="External"/><Relationship Id="rId15" Type="http://schemas.openxmlformats.org/officeDocument/2006/relationships/hyperlink" Target="https://mod.gov.ua/news/bojovi-vtrati-voroga-na-6-serpnya-2026-roku" TargetMode="External"/><Relationship Id="rId16" Type="http://schemas.openxmlformats.org/officeDocument/2006/relationships/hyperlink" Target="https://www.president.gov.ua/news/prezident-ukrayini-obgovoriv-iz-premyer-ministrom-norvegiyi-105733" TargetMode="External"/><Relationship Id="rId17" Type="http://schemas.openxmlformats.org/officeDocument/2006/relationships/hyperlink" Target="https://mod.gov.ua/news/ukraina-ta-velyka-brytaniia-obhovoryly-posylennia-ppo-aviatsiinykh-spromozhnostei-i-vyrobnytstva-droniv" TargetMode="External"/><Relationship Id="rId18" Type="http://schemas.openxmlformats.org/officeDocument/2006/relationships/hyperlink" Target="https://armyinform.com.ua/2026/08/06/na-etapi-2026-2027-rokiv-dosyagnemo-potribnyh-rezultativ-prezydent-pro-ukrayinsku-balistyku/" TargetMode="External"/><Relationship Id="rId19" Type="http://schemas.openxmlformats.org/officeDocument/2006/relationships/hyperlink" Target="https://mod.gov.ua/news/pilhovyi-lizynh-dlia-pidpryiemstv-opk-yake-maino-mozhut-otrymaty-vyrobnyky" TargetMode="External"/><Relationship Id="rId20" Type="http://schemas.openxmlformats.org/officeDocument/2006/relationships/hyperlink" Target="https://armyinform.com.ua/2026/08/06/vorog-atakuvav-vnochi-chotyrma-raketamy-ta-ponad-100-bpla-%E2%80%94-povitryani-syly-zsu/" TargetMode="External"/><Relationship Id="rId21" Type="http://schemas.openxmlformats.org/officeDocument/2006/relationships/hyperlink" Target="https://armyinform.com.ua/2026/08/06/vijskovi-16-go-ta-19-go-korpusiv-zsu-otrymaly-pershi-pogodzhennya-na-sproshhene-perevedennya/" TargetMode="External"/><Relationship Id="rId22" Type="http://schemas.openxmlformats.org/officeDocument/2006/relationships/hyperlink" Target="https://ngu.gov.ua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facebook.com/khartiiacorps/" TargetMode="External"/><Relationship Id="rId25" Type="http://schemas.openxmlformats.org/officeDocument/2006/relationships/hyperlink" Target="https://armyinform.com.ua/2026/08/06/stinger-proty-shaheda-pid-kramatorskom-zbyly-reaktyvnij-rosijskyj-bpla/" TargetMode="External"/><Relationship Id="rId26" Type="http://schemas.openxmlformats.org/officeDocument/2006/relationships/hyperlink" Target="https://www.reuters.com/world/europe/ukrainian-drones-kill-two-civilians-russias-bryansk-region-governor-says-2026-08-0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№021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