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№023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9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8 СЕРПНЯ 06:00 — 9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142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151 / 135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6 760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1 190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втрати РФ, остання оцінка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142 зіткнення — неповний зріз Генштабу до 22:00; 151/135 стосується атаки, підсумок якої оприлюднено 8 серпня.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96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96/100: 142 бої до 22:00, 166 КАБ, 151 далекобійний БпЛА та загибель цивільних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Чотири людини загинули в Києві та області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Дрон убив трирічного хлопчика та його дідуся й бабусю; окремий балістичний удар по Києву забрав життя ще однієї людини.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142 бойові зіткнення до 22:00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Покровському й Костянтинівському напрямках відбулося по 11 атак; це неповний добовий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Сім ракет, 166 КАБ, 6 760 дронів і 2 003 обстріли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навів ці числа станом на 22:00; підсумкові показники доби можуть бути вищими.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Остання оцінка: 1 190 військових, 1 751 БпЛА, 58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Звіт оприлюднено 8 серпня за попередню добу; нового зрізу до 06:00 ще не було.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Сербія виділила €2 млн українській енергетиці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Підтримку на 2026 рік підтвердили під час зустрічі президентів у Белграді.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Сербія підтримала європейський шлях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рішень ЄС, НАТО або США щодо окремого пакета допомоги у межах доби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Армія+ користуються троє з чотирьох військових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адміністративна статистика Міноборони, а не незалежний аудит активності користувачів.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та Сербія готують основу для вільної торгівлі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Документи планують підготувати до кінця 2026 року; угоду ще не укладено.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Шість ракет і 151 БпЛА; 135 дронів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Зафіксовано влучання ракет і 13 БпЛА на 12 локаціях; нових чисел ночі на 9 серпня до 06:00 не було.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44-та бригада розповіла історію військовослужбовиці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Катерина після майже десяти років за кордоном повернулася в Україну й долучилася до війська.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44-та ОМБр;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верифікованими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 і міжнародні контакти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двох НПЗ і поста спостереження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пожежі на Ільському й Сизранському НПЗ; ступінь збитків уточнюється.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Москва заявила про захоплення Іванівки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зміг перевірити 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96/100,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142 бої, 166 КАБ, 151 далекобійний БпЛА й загибель цивільних підтримують критичний рівень.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повні зведення, ППО та Покровський напрямок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нові числа Повітряних сил, оцінка втрат, наслідки ударів по НПЗ та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ракетна напруга: KIS 96/100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Неповний зріз до 22:00: 142 зіткнення, 166 КАБ, 6 760 застосувань дронів-камікадзе та 2 003 обстріли.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96/100. За підтверджену атаку запущено 151 БпЛА, 135 знешкоджено; нових територіальних змін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зведення, нові числа Повітряних сил, оцінка втрат, наслідки ударів по НПЗ та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зведення Генштабу, нова оцінка втрат і підсумок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Костянтинівському та Гуляйпільському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Наслідки ударів по НПЗ та розвиток українсько-сербських домовленостей.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 і стабільність енергетичної підтримки.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№023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№023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three-killed-russian-strikes-kyiv-region-official-says-2026-08-08/" TargetMode="External"/><Relationship Id="rId14" Type="http://schemas.openxmlformats.org/officeDocument/2006/relationships/hyperlink" Target="https://t.me/s/GeneralStaffZSU/41807" TargetMode="External"/><Relationship Id="rId15" Type="http://schemas.openxmlformats.org/officeDocument/2006/relationships/hyperlink" Target="https://mod.gov.ua/news/bojovi-vtrati-voroga-na-8-serpnya-2026-roku" TargetMode="External"/><Relationship Id="rId16" Type="http://schemas.openxmlformats.org/officeDocument/2006/relationships/hyperlink" Target="https://president.gov.ua/news/prezident-ukrayini-obgovoriv-iz-premyer-ministrom-serbiyi-re-105757" TargetMode="External"/><Relationship Id="rId17" Type="http://schemas.openxmlformats.org/officeDocument/2006/relationships/hyperlink" Target="https://www.president.gov.ua/news/prodovzhennya-gumanitarnoyi-pidtrimki-rozshirennya-dvostoron-105753" TargetMode="External"/><Relationship Id="rId18" Type="http://schemas.openxmlformats.org/officeDocument/2006/relationships/hyperlink" Target="https://armyinform.com.ua/2026/08/08/armiya-vypovnylosya-dva-roky-zastosunkom-korystuyutsya-troye-z-chotyroh-vijskovosluzhbovcziv/" TargetMode="External"/><Relationship Id="rId19" Type="http://schemas.openxmlformats.org/officeDocument/2006/relationships/hyperlink" Target="https://armyinform.com.ua/2026/08/08/vorog-atakuvav-vnochi-shistma-raketamy-ta-ponad-150-bpla-%E2%80%94-povitryani-syly-zsu/" TargetMode="External"/><Relationship Id="rId20" Type="http://schemas.openxmlformats.org/officeDocument/2006/relationships/hyperlink" Target="https://ngu.gov.ua/" TargetMode="External"/><Relationship Id="rId21" Type="http://schemas.openxmlformats.org/officeDocument/2006/relationships/hyperlink" Target="https://www.facebook.com/khartiia.gregit/" TargetMode="External"/><Relationship Id="rId22" Type="http://schemas.openxmlformats.org/officeDocument/2006/relationships/hyperlink" Target="https://www.facebook.com/khartiiacor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№023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