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№025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10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9 СЕРПНЯ 06:00 — 10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213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211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6 347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2 114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97/100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 станом на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застосованих ракет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фронтових застосувань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дані Генштабу станом на 22:00 є неповним добовим зрізом; підсумок нічної атаки на 10 серпня до 06:00 не оприлюднено.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97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97/100: 213 боїв до 22:00, дев’ять застосованих ракет, 211 КАБ і 6 347 фронтових застосувань дронів формують критичний рівень. Шкала 0–100: більше значення означає вищий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95%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2%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−95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94%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3%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−93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213 бойових зіткнень станом на 22:00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Найбільше атак було на Лиманському напрямку — 27; сім боєзіткнень там тривали.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Лиманський, Костянтинівський і Покровський напрямки — найактивніші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зафіксував відповідно 27, 24 і 19 атак; підтверджених територіальних змін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Дев’ять ракет, 211 КАБ, 6 347 дронів і 2 114 обстрілів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Це неповний добовий зріз станом на 22:00; фронтові дрони не тотожні далекобійним БпЛА.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повної оцінки до 06:00 не оприлюднено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Останній підтверджений зріз за 8 серпня — 1 130 військових, 1 642 БпЛА та 41 артсистема; це не дані за 9 серпня.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звернулася до Південної Кореї щодо ППО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Погодженого пакета, обсягу або графіка поставок не оголошено; це дипломатична ініціатива.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рішень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пакета допомоги, санкційного рішення або визначеного графіка постачань у межах доби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Офіційний розділ новин НАТО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програм або контрактів ОПК не оголошено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Матеріалу з підтвердженим обсягом, строками або виконавцем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Повну оцінку збитків інфраструктурі Одещини не оприлюднено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Пошкоджено порт і енергетичні об’єкти; нової офіційної оцінки вартості збитків або впливу на експорт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Reuters; 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Підсумкових чисел поточної нічної атаки до 06:00 немає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Дані попередньої ночі — 202 БпЛА і 179 знешкоджених цілей — не подаються як нові.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оголошень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Нової програми або вакансії з перевіреними умовами й контактами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Довідник рекрута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загальнонаціональних зборів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Матеріалу з верифікованими організаторами й реквізитами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бойову роботу, навчання, нагородження та медіазгадки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заяв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 і міжнародні контакти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Офіційні ресурси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Сили оборони заявили про ураження російської ППО та РЛС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Заявлено про С-400, «Панцир», «Тор», дві РЛС і склад; ступінь пошкоджень незалежно не підтверджений.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Російська влада заявила про жертви атаки в Бєлгороді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Заявлені п’ятеро загиблих і 25 поранених.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97/100, критичний рівень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213 боїв, дев’ять ракет, 211 КАБ і 6 347 фронтових застосувань дронів зберігають критичний рівень. Це модель,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нічна атака, Лиманський напрямок і ППО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повний підсумок Генштабу, нові числа Повітряних сил, втрати РФ і повідомлення підрозділів.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ракетна напруга: KIS 97/100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Станом на 22:00: 213 зіткнень, дев’ять ракет, 211 КАБ, 6 347 застосувань дронів-камікадзе та 2 114 обстрілів.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97/100. Підсумкових чисел поточної нічної атаки до 06:00 немає; нових територіальних змін не підтверджено.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Повне ранкове зведення, підсумок нічної атаки, нова оцінка втрат РФ і повідомлення підрозділів.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Повне ранкове зведення Генштабу, підсумок нічної атаки та нова оцінка втрат РФ.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Нові числа Повітряних сил і темп боїв на Покровському та Костянтинівському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Незалежна оцінка уражень російської ППО, суден і впливу на логістику.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Рішення партнерів щодо ППО та розвиток контактів України з Південною Кореєю.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№025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№025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t.me/GeneralStaffZSU/41815" TargetMode="External"/><Relationship Id="rId14" Type="http://schemas.openxmlformats.org/officeDocument/2006/relationships/hyperlink" Target="https://mod.gov.ua/news/bojovi-vtrati-voroga-na-9-serpnya-2026-roku" TargetMode="External"/><Relationship Id="rId15" Type="http://schemas.openxmlformats.org/officeDocument/2006/relationships/hyperlink" Target="https://www.reuters.com/world/asia-pacific/ukraines-zelenskiy-says-up-50000-north-korean-troops-be-deployed-russia-2026-08-09/" TargetMode="External"/><Relationship Id="rId16" Type="http://schemas.openxmlformats.org/officeDocument/2006/relationships/hyperlink" Target="https://www.nato.int/cps/en/natohq/news.htm" TargetMode="External"/><Relationship Id="rId17" Type="http://schemas.openxmlformats.org/officeDocument/2006/relationships/hyperlink" Target="https://mod.gov.ua/news" TargetMode="External"/><Relationship Id="rId18" Type="http://schemas.openxmlformats.org/officeDocument/2006/relationships/hyperlink" Target="https://www.reuters.com/business/aerospace-defense/ukraines-odesa-port-sustains-damage-russian-attack-zelenskiy-says-2026-08-09/" TargetMode="External"/><Relationship Id="rId19" Type="http://schemas.openxmlformats.org/officeDocument/2006/relationships/hyperlink" Target="https://www.facebook.com/kpszsu/" TargetMode="External"/><Relationship Id="rId20" Type="http://schemas.openxmlformats.org/officeDocument/2006/relationships/hyperlink" Target="https://armyinform.com.ua/category/recruit-guide/" TargetMode="External"/><Relationship Id="rId21" Type="http://schemas.openxmlformats.org/officeDocument/2006/relationships/hyperlink" Target="https://ngu.gov.ua/" TargetMode="External"/><Relationship Id="rId22" Type="http://schemas.openxmlformats.org/officeDocument/2006/relationships/hyperlink" Target="https://www.facebook.com/khartiia.gregit/" TargetMode="External"/><Relationship Id="rId23" Type="http://schemas.openxmlformats.org/officeDocument/2006/relationships/hyperlink" Target="https://www.facebook.com/khartiiacorps/" TargetMode="External"/><Relationship Id="rId24" Type="http://schemas.openxmlformats.org/officeDocument/2006/relationships/hyperlink" Target="https://t.me/GeneralStaffZSU/41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№025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