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10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9 СЕРПНЯ 18:00 — 10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278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1 470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знешкоджених повітряних цілей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фронтові застосування дронів у зведенні Генштабу не тотожні 126 далекобійним БпЛА у звіті Повітряних сил.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254 бої, 278 КАБ, 10 295 фронтових застосувань дронів і нічний удар 126 БпЛА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−95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254 бойові зіткнення за добу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254 бойові зіткнення. Найбільше атак було на Покровському напрямку — 55.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Покровський напрямок залишався найінтенсивнішим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Сили оборони зупинили 47 штурмів, ще вісім боєзіткнень тривали. Підтверджених територіальних змін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Дев’ять ракет, 278 КАБ, 10 295 дронів і 3 193 обстріли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повний добовий зріз. Фронтові застосування дронів не тотожні далекобійним БпЛА.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1 470 військових, 1 746 БпЛА та 48 артсистем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Офіційна орієнтовна оцінка втрат російських сил за 9 серпня; дані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допомоги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Рішення з визначеними обсягом, номенклатурою та графіком передачі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Польща і країни Балтії посилили охорону інфраструктури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 про превентивні заходи через ризик диверсій або операції під чужим прапором.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Оборонні компанії отримали доступ до Avengers Labs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відкрило платформу для тренування ШІ-моделей безпілотних систем на реальних даних із поля бою.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Пожежу на НПЗ «Танеко» підтверджено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заявив про ураження НПЗ; Reuters верифікував відео з димом. Виробничі наслідки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Reuters;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126 БпЛА, Х-59/69 і три «Бандеролі»: знешкоджено 96 цілей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ППО знешкодила 92 БпЛА та всі три «Бандеролі»; зафіксовано 31 влучання БпЛА на 22 локаціях.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 /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програм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Нової програми або вакансії з перевіреними умовами й контактами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Довідник рекрута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верифікованих загальнонаціональних зборів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Матеріалу з перевіреними організаторами й реквізитами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 і міжнародні контакти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серію уражень тилової інфраструктури РФ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НПЗ, ремонтний підрозділ, склад і військові об’єкти; більшість наслідків уточнюється.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Російська влада заявила про 13 загиблих у Нижньокамську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перевірив обставини всіх жертв.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98/100,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254 бої, 278 КАБ, 10 295 фронтових застосувань дронів і нічний удар 126 БпЛА підтримують критичний рівень.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Покровський напрямок, наслідки ударів і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нове зведення, повітряні атаки, наслідки ударів і повідомлення «Ґреґота», «Хартії» та НГУ.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254 зіткнення, дев’ять ракет, 278 КАБ, 10 295 застосувань дронів-камікадзе та 3 193 обстріли.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У нічній атаці знешкоджено 96 цілей зі 130 засобів повітряного нападу; нових територіальних змін не підтверджено.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Нове зведення, повітряні атаки, наслідки ударів по тилових об’єктах і повідомлення підрозділів.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Нове вечірнє зведення Генштабу та можливі підсумки повітряних атак.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Лиманському та Південно-Слобожанському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наслідків ураження НПЗ «Танеко» та інших тилових об’єктів.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Реакція НАТО на гібридні ризики й можливі нові рішення партнерів щодо ППО.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№026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№026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zsu.gov.ua/news/operatyvna-informatsiia-stanom-na-0800-10082026-shchodo-rosiiskoho-vtorhnennia" TargetMode="External"/><Relationship Id="rId14" Type="http://schemas.openxmlformats.org/officeDocument/2006/relationships/hyperlink" Target="https://mod.gov.ua/news/bojovi-vtrati-voroga-na-10-serpnya-2026-roku" TargetMode="External"/><Relationship Id="rId15" Type="http://schemas.openxmlformats.org/officeDocument/2006/relationships/hyperlink" Target="https://www.president.gov.ua/news" TargetMode="External"/><Relationship Id="rId16" Type="http://schemas.openxmlformats.org/officeDocument/2006/relationships/hyperlink" Target="https://www.reuters.com/world/europe/poland-baltics-shield-infrastructure-fearing-russian-false-flag-strike-2026-08-10/" TargetMode="External"/><Relationship Id="rId17" Type="http://schemas.openxmlformats.org/officeDocument/2006/relationships/hyperlink" Target="https://mod.gov.ua/news/ukrainski-oboronni-kompanii-trenuvatymut-vlasnyi-shi-na-platformi-avengers-labs" TargetMode="External"/><Relationship Id="rId18" Type="http://schemas.openxmlformats.org/officeDocument/2006/relationships/hyperlink" Target="https://www.reuters.com/world/europe/ukraine-kills-12-drone-strikes-russian-city-nizhnekamsk-state-media-reports-2026-08-10/" TargetMode="External"/><Relationship Id="rId19" Type="http://schemas.openxmlformats.org/officeDocument/2006/relationships/hyperlink" Target="https://armyinform.com.ua/2026/08/10/vorog-zavdav-udaru-kerovanoyu-raketoyu-ta-ponad-120-bpla-povitryani-syly-zsu/" TargetMode="External"/><Relationship Id="rId20" Type="http://schemas.openxmlformats.org/officeDocument/2006/relationships/hyperlink" Target="https://armyinform.com.ua/category/recruit-guide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№026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