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№030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12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11 СЕРПНЯ 18:00 — 12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138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1 260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боєзіткнень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сіл у заявлених результатах операції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нічній атаці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26 сіл і 745 км² — офіційно заявлений підсумок багатомісячної операції, який потребує незалежної геолокаційної перевірки.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237 боїв, 13 ракет, 284 КАБ, 11 155 фронтових застосувань дронів і нічна атака 138 БпЛА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−95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−98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заявила про повернення під контроль 26 населених пунктів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Офіс Президента повідомив про 745 км² і 26 сіл, повернутих у межах операції із січня до серпня. Це заява української сторони; повної незалежної перевірки результатів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237 боєзіткнень за добу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було на Покровському напрямку — 37; на Слов’янському — 18, на Куп’янському — 15.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13 ракет, 284 КАБ, 11 155 дронів і 3 422 обстріли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два ракетні та 80 авіаційних ударів. Фронтові застосування дронів не тотожні далекобійним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1 260 військових, 1 767 БпЛА та 60 артсистем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Оперативна оцінка української сторони за 11 серпня; дані уточнюються, незалежний повний облік неможливий.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та Німеччина обговорили розширення технічної допомоги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НГУ заявила про понад $300 млн допомоги з 2022 року і тристоронні контракти більш ніж на €2 млрд. Нового окремого пакета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Українські пропозиції передано США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Зміст пропозицій не розкрито; спільного документа, рішення США або графіка переговорів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Reuters; 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НРК і важкі middle-strike дрони включено до базового забезпечення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НРК отримуватимуть підрозділи ЗСУ, НГУ та ДПСУ, а важкі дрони розподілятимуть корпуси між підготовленими екіпажами. Кількості не розкрито.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Новоросійську після удару зупинився зерновий термінал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Оператор підтвердив пошкодження; тривалість зупинки й масштаб економічного впливу ще не визначені.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138 БпЛА у нічній атаці; 112 знешкоджено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Росія також застосувала «Іскандер-М», Х-31П і Х-35. Влучання зафіксовано на 16 локаціях, падіння уламків — на двох.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«Хартія» проводить «Школу рекрута» у Полтаві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Триденний загальновійськовий вишкіл для цивільних заплановано на 28–30 серпня. Це не автоматичне зарахування на службу.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Полтавська ОВА / 2-й корпус НГУ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одночасно підтвердженими організатором, метою, реквізитами та звітністю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Нове повідомлення стосується рекрутингового вишколу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Окрім «Школи рекрута», нових оперативних заяв, змін командування або міжнародних контактів корпусу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Полтавська ОВА; 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Державними нагородами відзначено 146 нацгвардійців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НГУ повідомила про нагородження указом Президента №714/2026 за мужність і самовідданість у захисті України.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Росія заявила про знищення 502 українських дронів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зміг незалежно перевірити твердження Міноборони РФ.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99/100, критичний рівень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237 боїв, 13 ракет, 284 КАБ, 11 155 фронтових застосувань дронів і нічна атака 138 БпЛА підвищують індекс.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Офіс Президента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верифікація фронту, ППО та постачання НРК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незалежна перевірка 26 сіл, нове зведення Генштабу, наслідки ударів і фактичний початок розподілу НРК та важких дронів.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Генеральний штаб ЗСУ; Міністерство оборони України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237 зіткнень, 13 ракет, 284 КАБ, 11 155 фронтових застосувань дронів і 3 422 обстріли. У нічній атаці 138 БпЛА, 112 знешкоджено.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Офіс Президента заявив про повернення 26 сіл і 745 км²; результат потребує незалежної геолокаційної верифікації.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Олександрівський і Покровський напрямки, підсумки ППО, розподіл НРК і важких middle-strike дронів та реакція США.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та уточнення наслідків повітряних ударів.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геолокаційна перевірка 26 населених пунктів на Олександрівському напрямку.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Фактичний початок розподілу НРК і важких middle-strike дронів між корпусами.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Дипломатична реакція США та партнерів на українські пропозиції щодо завершення війни.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№030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№030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news/ukrayinski-voyini-vidnovili-kontrol-nad-26-naselenimi-punkta-105789" TargetMode="External"/><Relationship Id="rId14" Type="http://schemas.openxmlformats.org/officeDocument/2006/relationships/hyperlink" Target="https://www.zsu.gov.ua/news/operatyvna-informatsiia-stanom-na-0800-12082026-shchodo-rosiiskoho-vtorhnennia" TargetMode="External"/><Relationship Id="rId15" Type="http://schemas.openxmlformats.org/officeDocument/2006/relationships/hyperlink" Target="https://mod.gov.ua/news/bojovi-vtrati-voroga-na-12-serpnya-2026-roku" TargetMode="External"/><Relationship Id="rId16" Type="http://schemas.openxmlformats.org/officeDocument/2006/relationships/hyperlink" Target="https://ngu.gov.ua/naczionalna-gvardiya-ukrayiny-ta-nimechchyna-posylyuyut-spivpraczyu-dlya-zmicznennya-oboronnyh-spromozhnostej-ukrayiny/" TargetMode="External"/><Relationship Id="rId17" Type="http://schemas.openxmlformats.org/officeDocument/2006/relationships/hyperlink" Target="https://www.reuters.com/world/europe/zelenskiy-ukraine-has-given-us-negotiators-proposals-ending-war-with-russia-2026-08-11/" TargetMode="External"/><Relationship Id="rId18" Type="http://schemas.openxmlformats.org/officeDocument/2006/relationships/hyperlink" Target="https://mod.gov.ua/news/korpusi-otrimayut-vazhki-middle-strike-pochinayetsya-drugij-etap-bazovogo-rivnya-zabezpechennya" TargetMode="External"/><Relationship Id="rId19" Type="http://schemas.openxmlformats.org/officeDocument/2006/relationships/hyperlink" Target="https://www.reuters.com/world/russias-novorossiysk-grain-terminal-halts-operations-after-ukrainian-drone-2026-08-12/" TargetMode="External"/><Relationship Id="rId20" Type="http://schemas.openxmlformats.org/officeDocument/2006/relationships/hyperlink" Target="https://armyinform.com.ua/2026/08/12/vorog-atakuvav-ukrayinu-balistykoyu-krylatymy-raketamy-ta-138-udarnymy-bpla/" TargetMode="External"/><Relationship Id="rId21" Type="http://schemas.openxmlformats.org/officeDocument/2006/relationships/hyperlink" Target="https://poda.gov.ua/news/272323" TargetMode="External"/><Relationship Id="rId22" Type="http://schemas.openxmlformats.org/officeDocument/2006/relationships/hyperlink" Target="https://ngu.gov.ua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reuters.com/world/europe/russia-says-it-downs-502-ukrainian-drones-strikes-port-odesa-2026-08-12/" TargetMode="External"/><Relationship Id="rId25" Type="http://schemas.openxmlformats.org/officeDocument/2006/relationships/hyperlink" Target="https://www.zsu.gov.ua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№030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