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12 СЕРПНЯ 06:00 — 13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6 597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1 982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97/100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кораблі у заяві про ураження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підсумкові числа поточної нічної атаки, повне добове зведення та нову оцінку втрат до 06:00 не оприлюднено; попередні дані не переносяться як нові.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97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97/100: неповний зріз у 185 боїв, 183 КАБ, 6 597 фронтових застосувань дронів і відсутність підсумкових чисел поточної нічної атаки зберігають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−94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−98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185 бойових зіткнень станом на 22:00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зафіксовано на Покровському — 24, Слов’янському — 20 і Костянтинівському — 17 напрямках. Це неповний добовий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Покровський і Слов’янський напрямки — найактивніші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час зведення по одному бою там тривало. Незалежно підтвердженої нової зміни лінії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183 КАБ, 6 597 дронів і 1 982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56 авіаударів. Фронтові застосування дронів не тотожні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оцінки втрат РФ за 12 серпня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оцінка — 1 260 військових, 1 767 БпЛА і 60 артсистем — стосується 11 серпня та не подається як нова.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та Німеччина обговорили технічну допомогу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заявила про понад $300 млн допомоги від 2022 року і тристоронні контракти більш ніж на €2 млрд. Нового окремого пакета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партнерів до 06:00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пакета, санкційного рішення або погодженого графіка постачань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449 тисяч завдань безпілотних систем у липні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також повідомив про 226 тисяч уражених цілей і понад 23,7 тисячі завдань НРК. Це агрегована відомча статистика.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Новоросійську зупинився зерновий термінал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пошкодження та приблизно 3% зростання ф’ючерсів на пшеницю. Тривалість зупинки й повний ефект невідомі.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на 13 серпня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Останній повний звіт у межах доби стосувався ночі на 12 серпня: 138 БпЛА, 112 знешкоджено. Ці числа не подаються як дані нової ночі.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рекрутингових оголошень «Хартії»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Раніше анонсована «Школа рекрута» залишається чинною, але не є новою публікацією цього зрізу.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збору з підтвердженими організатором, метою, реквізитами та звітністю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оперативних заяв або змін командування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оперативні новини,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47-ма бригада показала підготовку розвідників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матеріал показує штурмові, ударно-пошукові й евакуаційні тренування; це не оперативне підтвердження результату бою.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 / 47 ОМБр «Маґура»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Росія заявила про перехоплення 502 українських дронів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зміг незалежно перевірити твердження Міноборони РФ.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підтвердженої зміни лінії фронту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Заява про 26 сіл описує операцію із січня до серпня, а не добову зміну. Достатньої нової геолокаційної бази до 06:00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ISW; DeepState; 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Генштаб, ППО й Новоросійськ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повні ранкові цифри, верифікація пошкоджень кораблів, зупинка термінала й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97/100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22:00: 185 зіткнень, 183 КАБ, 6 597 фронтових застосувань дронів і 1 982 обстріли. Повного ранкового підсумку ще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97/100. Незалежно підтвердженої нової зміни лінії фронту не встановлено; атака на Новоросійськ вплинула на портову роботу й зернові ціни.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 Генштабу, підсумки ППО, верифікація пошкоджень кораблів, Новоросійськ та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добове зведення Генштабу, втрати РФ і підсумкові числа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перевірка ступеня пошкодження чотирьох кораблів у Новоросійську.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Тривалість зупинки зернового термінала та вплив на експортні потоки.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Дипломатична реакція США та партнерів на українські пропозиції щодо завершення війни.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s/GeneralStaffZSU" TargetMode="External"/><Relationship Id="rId14" Type="http://schemas.openxmlformats.org/officeDocument/2006/relationships/hyperlink" Target="https://www.facebook.com/GeneralStaff.ua/posts/1409339621379112/" TargetMode="External"/><Relationship Id="rId15" Type="http://schemas.openxmlformats.org/officeDocument/2006/relationships/hyperlink" Target="https://mod.gov.ua/news/bojovi-vtrati-voroga-na-12-serpnya-2026-roku" TargetMode="External"/><Relationship Id="rId16" Type="http://schemas.openxmlformats.org/officeDocument/2006/relationships/hyperlink" Target="https://ngu.gov.ua/naczionalna-gvardiya-ukrayiny-ta-nimechchyna-posylyuyut-spivpraczyu-dlya-zmicznennya-oboronnyh-spromozhnostej-ukrayiny/" TargetMode="External"/><Relationship Id="rId17" Type="http://schemas.openxmlformats.org/officeDocument/2006/relationships/hyperlink" Target="https://www.nato.int/cps/en/natohq/news.htm" TargetMode="External"/><Relationship Id="rId18" Type="http://schemas.openxmlformats.org/officeDocument/2006/relationships/hyperlink" Target="https://www.reuters.com/world/drones-hit-residential-buildings-russias-black-sea-port-novorossiysk-mayor-says-2026-08-12/" TargetMode="External"/><Relationship Id="rId19" Type="http://schemas.openxmlformats.org/officeDocument/2006/relationships/hyperlink" Target="https://armyinform.com.ua/2026/08/12/vorog-atakuvav-ukrayinu-balistykoyu-krylatymy-raketamy-ta-138-udarnymy-bpla/" TargetMode="External"/><Relationship Id="rId20" Type="http://schemas.openxmlformats.org/officeDocument/2006/relationships/hyperlink" Target="https://www.facebook.com/khartiiacorps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reuters.com/world/europe/russia-says-it-downs-502-ukrainian-drones-strikes-port-odesa-2026-08-12/" TargetMode="External"/><Relationship Id="rId24" Type="http://schemas.openxmlformats.org/officeDocument/2006/relationships/hyperlink" Target="https://www.understandingwar.org/" TargetMode="External"/><Relationship Id="rId25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