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12 СЕРПНЯ 18:00 — 13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133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1 310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261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тіл повернуто для ідентифікації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всі числа нічної атаки перевірено окремо; 10 066 фронтових застосувань дронів не тотожні 133 далекобійним БпЛА.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204 бої, 260 КАБ, 10 066 фронтових застосувань дронів, нічна атака 133 БпЛА та удар по Ізмаїлу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Удар пошкодив порт Ізмаїла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Портова інфраструктура пошкоджена, частину міста знеструмлено. Румунія підняла два винищувачі після короткого порушення повітряного простору.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204 боєзіткнення за добу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Покровський напрямок — 26 атак, Слов’янський — 21, Костянтинівський — 19. Нової незалежно підтвердженої зміни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260 КАБ, 10 066 дронів і 3 089 обстрілів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78 авіаударів. Фронтові застосування дронів не тотожні 133 далекобійним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1 310 військових, 1 634 БпЛА і 51 артсистема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Оперативна оцінка української сторони за 12 серпня; дані уточнюються, незалежний повний облік неможливий.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Європа профінансувала щонайменше €3 млрд американського озброєння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Оцінка Kiel Institute за першу половину 2026 року, наведена AP. Це агрегований показник, а не новий окремий пакет.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Associated Press; Kiel Institute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просить США продати 5% запасу Patriot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Зеленський заявив, що 5% допоможуть пройти зиму; нового рішення США про продаж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ураження РЛС «Небо-У» та ретрансляторів БпЛА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також назвав диспетчерську вежу аеродрому «Саки». Ступінь пошкоджень незалежно не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Орський НПЗ повністю зупинено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Російський губернатор допускає до шести місяців ремонту; у регіоні працюють 80% із 287 АЗС.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133 БпЛА у нічній атаці; 111 знешкоджено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Влучання зафіксовано на 15 локаціях, падіння уламків — на 16. AP повідомило щонайменше про чотирьох загиблих і вісьмох поранених.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Повітряні сили ЗСУ;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 та «Хартії» перевірено; чинні програми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збору з підтвердженими організатором, метою, реквізитами та звітністю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оперативних заяв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України репатріювали тіла 261 загиблого оборонця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Попереду експертні дослідження та ідентифікація; сприяння надав Міжнародний комітет Червоного Хреста.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Російська влада підтвердила пожежі та зупинку НПЗ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AP і Reuters не встановили повний масштаб усіх заявлених Україною пошкоджень.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Associated Press;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Добової зміни фронту не встановлено; пожежі на НПЗ підтверджено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і Reuters підтвердили пожежу в Салаваті та зупинку Орського НПЗ. Пошкодження військових об’єктів у Криму ще не верифіковані.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Associated Press; Reuters;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фронт, ППО, Ізмаїл і НПЗ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вечірнє зведення, наслідки удару по Ізмаїлу, верифікація цілей у Криму та можливі рішення щодо Patriot.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204 зіткнення, 260 КАБ, 10 066 фронтових застосувань дронів і 3 089 обстрілів. У нічній атаці 133 БпЛА, 111 знешкоджено.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Нової підтвердженої зміни фронту не встановлено; удар пошкодив порт Ізмаїла, а Орський НПЗ повністю зупинено.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зведення, наслідки удару по Ізмаїлу, верифікація об’єктів у Криму, НПЗ і можливі рішення щодо Patriot.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добове зведення Генштабу, втрати РФ і підсумкові числа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Паливне забезпечення Оренбурзької області та фактичні строки простою Орського НПЗ.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Можливі рішення США й партнерів щодо додаткових перехоплювачів Patriot.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Динаміка українського експорту та відновлення портової інфраструктури на Дунаї.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№032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№032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russian-attack-sets-ablaze-ukraines-izmail-port-infrastructure-regional-2026-08-13/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apnews.com/article/russia-ukraine-war-oil-refinery-8050b4afb5bfd6f4d93c76b4d9795dfa" TargetMode="External"/><Relationship Id="rId16" Type="http://schemas.openxmlformats.org/officeDocument/2006/relationships/hyperlink" Target="https://www.reuters.com/business/energy/ukrainian-attack-shuts-russias-orsk-refinery-months-causing-fuel-problems-2026-08-13/" TargetMode="External"/><Relationship Id="rId17" Type="http://schemas.openxmlformats.org/officeDocument/2006/relationships/hyperlink" Target="https://www.khartiia.org/contract" TargetMode="External"/><Relationship Id="rId18" Type="http://schemas.openxmlformats.org/officeDocument/2006/relationships/hyperlink" Target="https://ngu.gov.ua/" TargetMode="External"/><Relationship Id="rId19" Type="http://schemas.openxmlformats.org/officeDocument/2006/relationships/hyperlink" Target="https://www.facebook.com/khartiia.gregit/" TargetMode="External"/><Relationship Id="rId20" Type="http://schemas.openxmlformats.org/officeDocument/2006/relationships/hyperlink" Target="https://www.facebook.com/khartiiacorps/" TargetMode="External"/><Relationship Id="rId21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№032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