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№033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14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13 СЕРПНЯ 06:00 — 14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6 124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2 002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—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боєзіткнень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КАБ у неповному зрізі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підсумок нічної атаки очікується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підсумкових чисел поточної нічної атаки до 06:00 немає; дані попередньої ночі не повторюються як нові.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198 боїв до 22:00, 160 КАБ, 6 124 фронтові застосування дронів і висока міжнародна конфронтація формують критичний рівень. Зниження на один пункт відображає неповноту ранкових даних, а не покращення безпеки.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−98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198 боєзіткнень станом на 22:00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неповний зріз доби: ранкове зведення за весь день на дедлайн ще не було оприлюднене. Число не порівнюється напряму з повною попередньою добою.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Найбільше атак — на Костянтинівському й Покровському напрямках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22:00 зафіксовано 25 і 23 атаки відповідно; на Слов’янському — 16, Гуляйпільському — 12. Нової підтвердженої зміни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160 КАБ, 6 124 дрони і 2 002 обстріли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вечірнім зведенням, російські сили здійснили 55 авіаударів. Показники охоплюють ситуацію лише до 22:00.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добової оцінки втрат РФ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Останні повні дані стосуються 12 серпня й уже були подані. Попередні числа не перевидаються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пакетів до 06:00 не оголошено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офіційно погодженого пакета з визначеним обсягом і строками не виявлено. Раніше оголошені програми не подаються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Офіційний розділ новин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Польща заявила про зрив російського плану вбивства громадянина США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Прем’єр Дональд Туск повідомив про затримання підозрюваного; AP пише про координацію з американськими службами. Москва заперечує диверсійну діяльність у Європі.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449 тисяч завдань безпілотних систем у липні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заявив про 226 тисяч уражених цілей, 23,7 тисячі завдань НРК і 376 тисяч завдань FPV. Це агрегована відомча статистика.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Reuters повідомив про пропозицію морського перемир’я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Ініціатива щодо цивільних цілей передана через посередника, стверджує джерело Reuters. Київ публічно її не підтвердив, а Москва заперечує отримання формальної пропозиції.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нічної атаки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не оприлюднили підтверджену кількість запущених і знешкоджених БпЛА в ніч на 14 серпня. Дані попередньої ночі не повторюються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Повітряні сили ЗСУ /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перевірено. Чинні програми не перевидаються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Відкрито пілотну програму спортивного відновлення військових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Програму безоплатного відвідування клубів реалізують Генштаб і благодійний фонд. Кількість місць обмежена, заявка не гарантує участі.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Генеральний штаб ЗСУ / «НА ЗВ’ЯЗКУ»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оперативних заяв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НГУ та підрозділів перевірено. Матеріали попереднього випуску не дублюються.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Москва заперечує отримання формальної пропозиції морського перемир’я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«Потребує перевірки». Reuters окремо повідомив про ініціативу з посиланням на джерело; Київ її публічно не підтвердив.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підтвердженої добової зміни фронту не встановлено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Висока кількість атак не є доказом зміни контролю території. Достатньої нової геолокаційної бази до 06:00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Генеральний штаб ЗСУ; Reuters; ISW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повне зведення, ППО, Чорне море й фронт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підсумки Генштабу, цифри Повітряних сил, підтвердження або спростування морської ініціативи та геолокаційна перевірка фронту.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До 22:00: 198 зіткнень, 160 КАБ, 6 124 фронтові застосування дронів і 2 002 обстріли. Повних підсумків доби й нічної атаки ще немає.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Нової підтвердженої зміни фронту не встановлено; повідомлення про морське перемир’я потребує офіційного підтвердження.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зведення Генштабу, підсумок Повітряних сил, морська ініціатива та геолокаційна перевірка фронту.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добове зведення Генштабу, втрати РФ і підсумкові числа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Публічне підтвердження або спростування морської ініціативи Києвом і Москвою.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Динаміка портових перевезень та українського аграрного експорту.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Міжнародна реакція на російські диверсійні операції в Європі.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№033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№033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t.me/s/GeneralStaffZSU" TargetMode="External"/><Relationship Id="rId14" Type="http://schemas.openxmlformats.org/officeDocument/2006/relationships/hyperlink" Target="https://www.nato.int/cps/en/natohq/news.htm" TargetMode="External"/><Relationship Id="rId15" Type="http://schemas.openxmlformats.org/officeDocument/2006/relationships/hyperlink" Target="https://apnews.com/article/c7f8dc3e5a9ba20ae722a1b9d44614db" TargetMode="External"/><Relationship Id="rId16" Type="http://schemas.openxmlformats.org/officeDocument/2006/relationships/hyperlink" Target="https://www.reuters.com/world/europe/ukraine-offers-russia-truce-black-sea-food-supply-fears-mount-source-says-2026-08-13/" TargetMode="External"/><Relationship Id="rId17" Type="http://schemas.openxmlformats.org/officeDocument/2006/relationships/hyperlink" Target="https://www.khartiia.org/contract" TargetMode="External"/><Relationship Id="rId18" Type="http://schemas.openxmlformats.org/officeDocument/2006/relationships/hyperlink" Target="https://nazviazku.zsu.gov.ua/" TargetMode="External"/><Relationship Id="rId19" Type="http://schemas.openxmlformats.org/officeDocument/2006/relationships/hyperlink" Target="https://www.facebook.com/khartiia.gregit/" TargetMode="External"/><Relationship Id="rId20" Type="http://schemas.openxmlformats.org/officeDocument/2006/relationships/hyperlink" Target="https://www.facebook.com/khartiiacorps/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understandingwar.org/" TargetMode="External"/><Relationship Id="rId23" Type="http://schemas.openxmlformats.org/officeDocument/2006/relationships/hyperlink" Target="https://www.zsu.gov.ua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№033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