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№034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14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13 СЕРПНЯ 18:00 — 14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10 027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3 011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90/112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або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112 запущених і 90 знешкоджених БпЛА — окремий офіційний підсумок нічної атаки станом на 08:00.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222 бої, 237 КАБ, 10 027 фронтових застосувань дронів, 3 011 обстрілів, нічна атака 112 БпЛА та чорноморська конфронтація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222 бойові зіткнення за добу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Російські сили завдали 76 авіаударів із 237 КАБ, застосували 10 027 дронів-камікадзе та здійснили 3 011 обстрілів.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Костянтинівський і Покровський напрямки — найінтенсивніші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зафіксував 29 і 25 атак відповідно; підтвердженої нової добової зміни лінії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Уражено 14 районів зосередження і два пункти управління БпЛА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Окремо заявлено про ураження двох ретрансляторів і п’яти пунктів управління БпЛА; масштаб наслідків незалежно не перевірений.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Оцінка втрат РФ — 1 470 військових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заявлено про 2 танки, 11 бронемашин, 46 артсистем, 1 676 БпЛА і 448 автомобілів. Це оперативна оцінка сторони війни.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офіційно погодженого пакета з визначеним обсягом і строками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Москва звинуватила США у підтримці українських ударів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не навів підтвердження такої участі; наведену Лавровим версію попередніх домовленостей Марко Рубіо заперечив.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удар по комплексу «НОВАТЭК-Усть-Луга»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попередніми українськими даними, виникла пожежа й уражено дві установки; незалежного підтвердження масштабу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відкинула ідею обмеженого перемир’я у Чорному морі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Формальна пропозиція не підтверджена; невизначеність зберігає ризики для портів, експорту й зернових ринків.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112 БпЛА у нічній атаці; 90 збито або подавлено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Влучання зафіксовано на 11 локаціях, падіння уламків — на шести. Підсумок станом на 08:00 був попереднім.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оголошення з перевіреними організаторами, умовами й реквізитами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Розрахунок ППО повідомив про майже 70 збитих цілей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оприлюднив офіційний профіль розрахунку; це відомче повідомлення, а не незалежний аудит результатів.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відкинула чорноморський мораторій і звинуватила Україну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зазначив, що російська посадовиця оминула російські удари по українських портах.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підтвердженої добової зміни фронту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Кількість атак не доводить зміну контролю території; достатньої незалежної геолокаційної бази для нової зміни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Генеральний штаб ЗСУ; ISW; DeepState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Усть-Луга, Чорне море й фронт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нова нічна атака, незалежна оцінка далеких ударів, морська ескалація та геолокації фронту.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222 зіткнення, 237 КАБ, 10 027 фронтових застосувань дронів і 3 011 обстрілів. Уночі запущено 112 БпЛА, 90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Нової підтвердженої зміни фронту не встановлено; РФ публічно відкинула обмежений чорноморський мораторій.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Нова нічна атака, наслідки удару по Усть-Лузі, морська ескалація та геолокаційна перевірка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Вечірній зріз Генштабу й підсумкові числа наступної нічної атаки.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пошкоджень комплексу в Усть-Лузі та пунктів управління БпЛА.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портових перевезень та українського аграрного експорту.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Міжнародна реакція на російські звинувачення США та ескалацію в Чорному морі.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№034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№034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s/GeneralStaffZSU" TargetMode="External"/><Relationship Id="rId14" Type="http://schemas.openxmlformats.org/officeDocument/2006/relationships/hyperlink" Target="https://www.nato.int/cps/en/natohq/news.htm" TargetMode="External"/><Relationship Id="rId15" Type="http://schemas.openxmlformats.org/officeDocument/2006/relationships/hyperlink" Target="https://www.reuters.com/world/europe/russia-seeks-answers-us-about-alleged-support-for-ukrainian-attacks-lavrov-says-2026-08-14/" TargetMode="External"/><Relationship Id="rId16" Type="http://schemas.openxmlformats.org/officeDocument/2006/relationships/hyperlink" Target="https://www.reuters.com/world/europe/russia-dismisses-idea-black-sea-ceasefire-2026-08-14/" TargetMode="External"/><Relationship Id="rId17" Type="http://schemas.openxmlformats.org/officeDocument/2006/relationships/hyperlink" Target="https://www.khartiia.org/contract" TargetMode="External"/><Relationship Id="rId18" Type="http://schemas.openxmlformats.org/officeDocument/2006/relationships/hyperlink" Target="https://ngu.gov.ua/" TargetMode="External"/><Relationship Id="rId19" Type="http://schemas.openxmlformats.org/officeDocument/2006/relationships/hyperlink" Target="https://www.facebook.com/khartiia.gregit/" TargetMode="External"/><Relationship Id="rId20" Type="http://schemas.openxmlformats.org/officeDocument/2006/relationships/hyperlink" Target="https://www.facebook.com/khartiiacorps/" TargetMode="External"/><Relationship Id="rId21" Type="http://schemas.openxmlformats.org/officeDocument/2006/relationships/hyperlink" Target="https://www.understandingwar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№034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