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№035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15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14 СЕРПНЯ 06:00 — 15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159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7 023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2 120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98/100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бої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КАБ у неповному зрізі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суден у санкційному пакеті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підсумкових чисел поточної нічної атаки до 06:00 немає; попередні дані не повторюються як нові.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98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98/100: 194 бої до 22:00, 159 КАБ, 7 023 фронтові застосування дронів, 2 120 обстрілів, цивільні втрати й інциденти з дронами в НАТО формують критичний рівень. Зниження відображає неповноту ранкових даних, а не покращення безпеки.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−98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−99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Дрон убив жінку та її дев’ятирічного сина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AP із посиланням на Сумську ОВА повідомило про ще чотирьох поранених. ООН назвала липень найсмертоноснішим місяцем для цивільних від березня 2022 року.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194 боєзіткнення станом на 22:00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атак було на Костянтинівському напрямку — 27; на Покровському — 18, на Слов’янському — 15. Це неповний добовий зріз.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159 КАБ, 7 023 дрони та 2 120 обстрілів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22:00 зафіксовано 52 авіаудари. Фронтові застосування дронів не тотожні далекобійним БпЛА нічної атаки.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добової оцінки до 06:00 не оприлюднено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Останні повні дані стосуються 13 серпня й уже подані у вечірньому випуску. Попередні числа не перевидаються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пакетів не оголошено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офіційно погодженого пакета з визначеним обсягом і строками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Офіційний розділ новин НАТО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Винищувачі НАТО збили дрон над Латвією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Походження апарата не встановлено; латвійська сторона пов’язала його траєкторію з російською РЕБ. Два дрони також знайшли в Румунії.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Президент заявив про перехід до технологічнішої оборони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 Ставці обговорювали фінансування на осінньо-зимовий період. Нових контрактів, обсягів або строків поставок не розкрито.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Санкції проти учасників незаконного вивезення зерна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пакета ввійшли 13 суден, 11 громадян РФ і 28 юридичних осіб. Київ передасть партнерам дані для синхронізації санкцій.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Підсумкових чисел поточної нічної атаки до 06:00 немає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Повітряні сили ще не оприлюднили кількість запущених і знешкоджених БпЛА в ніч на 15 серпня. Дані попередньої ночі не повторюються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Повітряні сили ЗСУ / 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Міноборони, НГУ, «Хартії» та «Ґреґота»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Корпус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ініціатив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оголошення з перевіреними організаторами, умовами й реквізитами у межах доби не знайдено.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навчання, бойову роботу, нагородження, інтерв’ю, фото, відео й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оперативних заяв корпусу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сторінки НГУ та Сил оборони перевірено. Матеріали попереднього випуску не дублюються.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ЙМОВІРНА ІНФОРМАЦІЙНА ОПЕРАЦІЯ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Лавров пригрозив посиленням ударів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«Ймовірна інформаційна операція». AP не підтверджує військове призначення конкретних українських об’єктів, на які посилається Москва.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Пожежу в Усть-Лузі підтверджено; зміни фронту не встановлено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AP підтвердило короткочасну пожежу, але не масштаб заявлених пошкоджень. Достатньої нової геолокаційної бази для зміни фронту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Associated Press; Генеральний штаб ЗСУ; ISW; DeepState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ППО, втрати, Усть-Луга й дрони в НАТО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повне зведення, підсумок нічної атаки, геолокації фронту та походження дронів у Латвії й Румунії.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Associated Press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98/100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До 22:00: 194 зіткнення, 159 КАБ, 7 023 фронтові застосування дронів і 2 120 обстрілів. Підсумкових чисел нічної атаки ще немає.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98/100. Нової підтвердженої зміни фронту не встановлено; Україна запровадила санкції проти учасників незаконного вивезення зерна.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Повне зведення Генштабу, підсумок ППО, наслідки удару по Усть-Лузі та походження дронів у НАТО.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ранкове зведення Генштабу, втрати РФ і підсумкові числа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Походження дронів у Латвії й Румунії та оцінка пошкоджень в Усть-Лузі.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Динаміка портових перевезень та українського аграрного експорту.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Міжнародна реакція на російські погрози та синхронізація зернових санкцій.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№035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№035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apnews.com/article/russia-ukraine-war-civilian-deaths-attacks-66f000409c6648239936b628a9eae0f5" TargetMode="External"/><Relationship Id="rId14" Type="http://schemas.openxmlformats.org/officeDocument/2006/relationships/hyperlink" Target="https://t.me/s/GeneralStaffZSU" TargetMode="External"/><Relationship Id="rId15" Type="http://schemas.openxmlformats.org/officeDocument/2006/relationships/hyperlink" Target="https://www.nato.int/cps/en/natohq/news.htm" TargetMode="External"/><Relationship Id="rId16" Type="http://schemas.openxmlformats.org/officeDocument/2006/relationships/hyperlink" Target="https://www.president.gov.ua/news/zavdyaki-vsim-rishennyam-vid-minuloyi-oseni-mi-zmogli-zimoyu-105833" TargetMode="External"/><Relationship Id="rId17" Type="http://schemas.openxmlformats.org/officeDocument/2006/relationships/hyperlink" Target="https://president.gov.ua/news/ukrayina-zastosuvala-sankciyi-proti-subyektiv-prichetnih-do-105829" TargetMode="External"/><Relationship Id="rId18" Type="http://schemas.openxmlformats.org/officeDocument/2006/relationships/hyperlink" Target="https://www.khartiia.org/contract" TargetMode="External"/><Relationship Id="rId19" Type="http://schemas.openxmlformats.org/officeDocument/2006/relationships/hyperlink" Target="https://ngu.gov.ua/" TargetMode="External"/><Relationship Id="rId20" Type="http://schemas.openxmlformats.org/officeDocument/2006/relationships/hyperlink" Target="https://www.facebook.com/khartiia.gregit/" TargetMode="External"/><Relationship Id="rId21" Type="http://schemas.openxmlformats.org/officeDocument/2006/relationships/hyperlink" Target="https://www.facebook.com/khartiiacor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№035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