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320" w:after="360"/>
        <w:jc w:val="center"/>
      </w:pPr>
      <w:r>
        <w:rPr>
          <w:rFonts w:ascii="Calibri" w:hAnsi="Calibri"/>
          <w:b/>
          <w:i w:val="0"/>
          <w:color w:val="B5121B"/>
          <w:sz w:val="18"/>
        </w:rPr>
        <w:t>ЩОДЕННА УКРАЇНСЬКА ГАЗЕТА</w:t>
      </w:r>
    </w:p>
    <w:p>
      <w:pPr>
        <w:spacing w:after="100"/>
        <w:jc w:val="center"/>
      </w:pPr>
      <w:r>
        <w:rPr>
          <w:rFonts w:ascii="Georgia" w:hAnsi="Georgia"/>
          <w:b/>
          <w:i w:val="0"/>
          <w:color w:val="11140F"/>
          <w:sz w:val="76"/>
        </w:rPr>
        <w:t>СУРМАЧ</w:t>
      </w:r>
    </w:p>
    <w:p>
      <w:pPr>
        <w:spacing w:after="560"/>
        <w:jc w:val="center"/>
      </w:pPr>
      <w:r>
        <w:rPr>
          <w:rFonts w:ascii="Georgia" w:hAnsi="Georgia"/>
          <w:b w:val="0"/>
          <w:i/>
          <w:color w:val="687163"/>
          <w:sz w:val="26"/>
        </w:rPr>
        <w:t>Оперативно, перевірено, по суті.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ВИПУСК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№036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ДАТА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15 СЕРПНЯ 2026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ОНОВЛЕНО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18:00</w:t>
            </w:r>
          </w:p>
        </w:tc>
      </w:tr>
    </w:tbl>
    <w:p>
      <w:pPr>
        <w:spacing w:before="600" w:after="120"/>
        <w:jc w:val="center"/>
      </w:pPr>
      <w:r>
        <w:rPr>
          <w:rFonts w:ascii="Calibri" w:hAnsi="Calibri"/>
          <w:b/>
          <w:i w:val="0"/>
          <w:color w:val="B5121B"/>
          <w:sz w:val="18"/>
        </w:rPr>
        <w:t>МОНІТОРИНГ: 14 СЕРПНЯ 18:00 — 15 СЕРПНЯ 18:00 (КИЇВ)</w:t>
      </w:r>
    </w:p>
    <w:p>
      <w:pPr>
        <w:spacing w:after="840"/>
        <w:jc w:val="center"/>
      </w:pPr>
      <w:r>
        <w:rPr>
          <w:rFonts w:ascii="Calibri" w:hAnsi="Calibri"/>
          <w:b w:val="0"/>
          <w:i w:val="0"/>
          <w:color w:val="687163"/>
          <w:sz w:val="19"/>
        </w:rPr>
        <w:t>Кожна новина містить пряме посилання на офіційне або авторитетне джерело.</w:t>
      </w:r>
    </w:p>
    <w:p>
      <w:r>
        <w:br w:type="page"/>
      </w:r>
    </w:p>
    <w:p>
      <w:pPr>
        <w:spacing w:before="4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КЛЮЧОВІ ЦИФРИ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233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241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10 626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152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127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99/100</w:t>
            </w:r>
          </w:p>
        </w:tc>
      </w:tr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бої за добу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керована авіабомба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фронтові застосування дронів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повітряні цілі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знешкоджених цілей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KIS — критичний</w:t>
            </w:r>
          </w:p>
        </w:tc>
      </w:tr>
    </w:tbl>
    <w:p>
      <w:pPr>
        <w:spacing w:before="100" w:after="400"/>
      </w:pPr>
      <w:r>
        <w:rPr>
          <w:rFonts w:ascii="Calibri" w:hAnsi="Calibri"/>
          <w:b w:val="0"/>
          <w:i/>
          <w:color w:val="687163"/>
          <w:sz w:val="17"/>
        </w:rPr>
        <w:t>Примітка: 10 626 — фронтові застосування дронів; 152 — окремий показник засобів нічної повітряної атаки.</w:t>
      </w:r>
    </w:p>
    <w:p>
      <w:pPr>
        <w:spacing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SURMACH INTELLIGENCE</w:t>
      </w:r>
    </w:p>
    <w:p>
      <w:pPr>
        <w:spacing w:before="200" w:after="300"/>
      </w:pPr>
      <w:r>
        <w:rPr>
          <w:rFonts w:ascii="Georgia" w:hAnsi="Georgia"/>
          <w:b/>
          <w:i w:val="0"/>
          <w:color w:val="11140F"/>
          <w:sz w:val="50"/>
        </w:rPr>
        <w:t>Індекси напруженості та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260" w:after="26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8"/>
              </w:rPr>
              <w:t>KIS</w:t>
              <w:br/>
            </w:r>
            <w:r>
              <w:rPr>
                <w:rFonts w:ascii="Georgia" w:hAnsi="Georgia"/>
                <w:b/>
                <w:i w:val="0"/>
                <w:color w:val="FFFFFF"/>
                <w:sz w:val="76"/>
              </w:rPr>
              <w:t>99</w:t>
            </w:r>
            <w:r>
              <w:rPr>
                <w:rFonts w:ascii="Calibri" w:hAnsi="Calibri"/>
                <w:b w:val="0"/>
                <w:i w:val="0"/>
                <w:color w:val="F4E7D2"/>
                <w:sz w:val="20"/>
              </w:rPr>
              <w:t>/100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200" w:after="200"/>
            </w:pPr>
            <w:r>
              <w:rPr>
                <w:rFonts w:ascii="Calibri" w:hAnsi="Calibri"/>
                <w:b/>
                <w:i w:val="0"/>
                <w:color w:val="B5121B"/>
                <w:sz w:val="24"/>
              </w:rPr>
              <w:t>КРИТИЧНИЙ</w:t>
              <w:br/>
            </w:r>
            <w:r>
              <w:rPr>
                <w:rFonts w:ascii="Calibri" w:hAnsi="Calibri"/>
                <w:b w:val="0"/>
                <w:i w:val="0"/>
                <w:color w:val="11140F"/>
                <w:sz w:val="19"/>
              </w:rPr>
              <w:t>Комплексний індекс напруженості — 99/100: 233 бої, 241 КАБ, 10 626 фронтових застосувань дронів, 3 042 обстріли, 152 повітряні цілі, цивільні втрати, далекобійні удари та морська невизначеність формують критичний рівень.</w:t>
            </w:r>
          </w:p>
        </w:tc>
      </w:tr>
    </w:tbl>
    <w:p>
      <w:pPr>
        <w:spacing w:before="340" w:after="120"/>
      </w:pPr>
      <w:r>
        <w:rPr>
          <w:rFonts w:ascii="Calibri" w:hAnsi="Calibri"/>
          <w:b/>
          <w:i w:val="0"/>
          <w:color w:val="B5121B"/>
          <w:sz w:val="18"/>
        </w:rPr>
        <w:t>12 СКЛАДОВИХ KIS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600"/>
        <w:gridCol w:w="1080"/>
        <w:gridCol w:w="3600"/>
        <w:gridCol w:w="1080"/>
      </w:tblGrid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Бойова інтенсивність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Дронова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Ракетна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Артилерійський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Навантаження на ППО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Інформаційний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Міжнародна конфронтація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Дипломатична невизначеність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</w:tbl>
    <w:p>
      <w:r>
        <w:br w:type="page"/>
      </w:r>
    </w:p>
    <w:p>
      <w:pPr>
        <w:spacing w:before="360" w:after="120"/>
      </w:pPr>
      <w:r>
        <w:rPr>
          <w:rFonts w:ascii="Calibri" w:hAnsi="Calibri"/>
          <w:b/>
          <w:i w:val="0"/>
          <w:color w:val="B5121B"/>
          <w:sz w:val="18"/>
        </w:rPr>
        <w:t>МОДЕЛЬНА АНАЛІТИКА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1300"/>
        <w:gridCol w:w="1700"/>
        <w:gridCol w:w="1500"/>
        <w:gridCol w:w="1600"/>
        <w:gridCol w:w="14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Середовище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Стрес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Невдовол.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Занепок.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Задовол.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Баланс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Україна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98%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1%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−99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Росія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99%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1%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−99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140" w:after="140"/>
            </w:pPr>
            <w:r>
              <w:rPr>
                <w:rFonts w:ascii="Calibri" w:hAnsi="Calibri"/>
                <w:b/>
                <w:i w:val="0"/>
                <w:color w:val="B5121B"/>
                <w:sz w:val="16"/>
              </w:rPr>
              <w:t xml:space="preserve">МЕТОДОЛОГІЧНЕ ЗАСТЕРЕЖЕННЯ. </w:t>
            </w:r>
            <w:r>
              <w:rPr>
                <w:rFonts w:ascii="Calibri" w:hAnsi="Calibri"/>
                <w:b w:val="0"/>
                <w:i w:val="0"/>
                <w:color w:val="11140F"/>
                <w:sz w:val="16"/>
              </w:rPr>
              <w:t>KIS, 12 індексів і відсотки настроїв є модельними редакційними індикаторами відкритого медіасередовища. Вони не є результатами репрезентативного соціологічного опитування й не вимірюють думку всього населення.</w:t>
            </w:r>
          </w:p>
        </w:tc>
      </w:tr>
    </w:tbl>
    <w:p>
      <w:pPr>
        <w:keepNext/>
        <w:spacing w:before="100" w:after="80"/>
      </w:pPr>
      <w:r>
        <w:rPr>
          <w:rFonts w:ascii="Calibri" w:hAnsi="Calibri"/>
          <w:b/>
          <w:i w:val="0"/>
          <w:color w:val="B5121B"/>
          <w:sz w:val="17"/>
        </w:rPr>
        <w:t>01   ГОЛОВНІ НОВИНИ УКРАЇНИ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У Марганці загинуло тримісячне немовля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AP із посиланням на Дніпропетровську ОВА повідомило про російський удар по багатоквартирному будинку; ще 11 людей поранено.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Associated Press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02   ВОЄННА ОБСТАНОВКА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233 боєзіткнення за добу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Найбільше атак було на Костянтинівському напрямку — 34, Покровському — 29, Слов’янському — 23. Підтвердженої нової зміни фронту не встановлено.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03   ЗВЕДЕННЯ ГЕНЕРАЛЬНОГО ШТАБУ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241 КАБ, 10 626 дронів і 3 042 обстріли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За добу зафіксовано 71 авіаудар; 36 обстрілів здійснено з РСЗВ. Фронтові дрони не тотожні далекобійним цілям нічної атаки.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04   ВТРАТИ ПРОТИВНИКА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1 370 військових, 1 835 БпЛА та 62 артсистеми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Орієнтовна оцінка Генштабу за 14 серпня; також заявлено про п’ять танків, три бойові броньовані машини й три засоби ППО.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5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05   МІЖНАРОДНА ПІДТРИМКА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підтверджених пакетів не оголошено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Нового офіційно погодженого пакета з визначеним обсягом і графіком у межах доби не виявлено.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6">
        <w:r>
          <w:rPr>
            <w:color w:val="B5121B"/>
            <w:u w:val="single"/>
            <w:rFonts w:ascii="Calibri" w:hAnsi="Calibri"/>
            <w:sz w:val="19"/>
          </w:rPr>
          <w:t>НАТО — підтримка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06   ЄС, НАТО, США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рішень з визначеними параметрами не оприлюднено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Офіційні ресурси ЄС, НАТО та США перевірено; заяви без ухваленого механізму не подаються як нова підтримка.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6">
        <w:r>
          <w:rPr>
            <w:color w:val="B5121B"/>
            <w:u w:val="single"/>
            <w:rFonts w:ascii="Calibri" w:hAnsi="Calibri"/>
            <w:sz w:val="19"/>
          </w:rPr>
          <w:t>НАТО — підтримка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07   ОПК ТА ВІЙСЬКОВІ ТЕХНОЛОГІЇ</w:t>
      </w:r>
      <w:r>
        <w:rPr>
          <w:rFonts w:ascii="Calibri" w:hAnsi="Calibri"/>
          <w:b/>
          <w:i w:val="0"/>
          <w:color w:val="5E741F"/>
          <w:sz w:val="15"/>
        </w:rPr>
        <w:t xml:space="preserve">    ПОТРЕБУЄ ПЕРЕВІРКИ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Заявлено про удар «Фламінго» по центру «Прогрес»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Українська сторона заявила про ураження центру в Самарі й аеродрому «Саваслейка». Російська влада підтвердила локальні пошкодження, але масштаб незалежно не встановлено.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7">
        <w:r>
          <w:rPr>
            <w:color w:val="B5121B"/>
            <w:u w:val="single"/>
            <w:rFonts w:ascii="Calibri" w:hAnsi="Calibri"/>
            <w:sz w:val="19"/>
          </w:rPr>
          <w:t>Генеральний штаб ЗСУ; Associated Press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08   ЕКОНОМІКА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Чорноморський мораторій не погоджено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РФ відкинула ідею обмеженого припинення вогню; Reuters пов’язує ескалацію атак на судноплавство зі зростанням світових цін на зерно.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8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09   БЕЗПЕКА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152 повітряні цілі; 127 знищено або подавлено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Знешкоджено 124 БпЛА й три «Бандеролі»; влучання зафіксовано на 16 локаціях. Підсумок станом на 09:00 був попереднім.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9">
        <w:r>
          <w:rPr>
            <w:color w:val="B5121B"/>
            <w:u w:val="single"/>
            <w:rFonts w:ascii="Calibri" w:hAnsi="Calibri"/>
            <w:sz w:val="19"/>
          </w:rPr>
          <w:t>Повітряні сили ЗСУ / АрміяInform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10   РЕКРУТИНГ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підтверджених програм не виявлено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Офіційні сторінки Міноборони, НГУ, «Хартії» та «Ґреґота» перевірено окремо.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0">
        <w:r>
          <w:rPr>
            <w:color w:val="B5121B"/>
            <w:u w:val="single"/>
            <w:rFonts w:ascii="Calibri" w:hAnsi="Calibri"/>
            <w:sz w:val="19"/>
          </w:rPr>
          <w:t>Корпус «Хартія» — контракт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11   ВОЛОНТЕРСТВО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«Хартія» та спортхаби провели благодійне тренування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Офіційно заявлена мета — допомога війську; підсумкової суми збору на момент закриття номера не оприлюднено.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1">
        <w:r>
          <w:rPr>
            <w:color w:val="B5121B"/>
            <w:u w:val="single"/>
            <w:rFonts w:ascii="Calibri" w:hAnsi="Calibri"/>
            <w:sz w:val="19"/>
          </w:rPr>
          <w:t>Офіційна сторінка корпусу «Хартія»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12   ҐРЕҐІТ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перевірених повідомлень не виявлено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Офіційні повідомлення, навчання, бойову роботу, нагородження, інтерв’ю, фото, відео й медіазгадки перевірено окремо.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2">
        <w:r>
          <w:rPr>
            <w:color w:val="B5121B"/>
            <w:u w:val="single"/>
            <w:rFonts w:ascii="Calibri" w:hAnsi="Calibri"/>
            <w:sz w:val="19"/>
          </w:rPr>
          <w:t>Офіційна сторінка 7-ї бригади «Ґреґіт»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13   КОРПУС «ХАРТІЯ»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Вісім підрозділів долучилися до «Адвокат+»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Корпус заявив про правову допомогу; Сергій Жадан розкритикував рішення, а Ігор Оболєнський уточнив, що участь військових добровільна.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3">
        <w:r>
          <w:rPr>
            <w:color w:val="B5121B"/>
            <w:u w:val="single"/>
            <w:rFonts w:ascii="Calibri" w:hAnsi="Calibri"/>
            <w:sz w:val="19"/>
          </w:rPr>
          <w:t>Радіо Свобода; Deutsche Welle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14   ІНШІ ПІДРОЗДІЛИ НГУ ТА СИЛ ОБОРОНИ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«Спартан» заявив про майже 3 000 перехоплених дронів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Накопичувальний відомчий показник за сім місяців на Покровському напрямку; це не результат поточної доби.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4">
        <w:r>
          <w:rPr>
            <w:color w:val="B5121B"/>
            <w:u w:val="single"/>
            <w:rFonts w:ascii="Calibri" w:hAnsi="Calibri"/>
            <w:sz w:val="19"/>
          </w:rPr>
          <w:t>АрміяInform / бригада «Спартан»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15   ЩО ЗАЯВЛЯЄ РОСІЯ</w:t>
      </w:r>
      <w:r>
        <w:rPr>
          <w:rFonts w:ascii="Calibri" w:hAnsi="Calibri"/>
          <w:b/>
          <w:i w:val="0"/>
          <w:color w:val="5E741F"/>
          <w:sz w:val="15"/>
        </w:rPr>
        <w:t xml:space="preserve">    НЕЗАЛЕЖНО НЕ ПІДТВЕРДЖЕНО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РФ заявила про захоплення 19 населених пунктів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Статуси: «Заява російської сторони» та «Незалежно не підтверджено». Переліку не наведено; Reuters не підтвердив повідомлення.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5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16   OSINT-АНАЛІТИКА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Далекобійні удари зросли; масштаб пошкоджень не встановлено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AP із посиланням на ACLED повідомило: у липні таких ударів було втричі більше, ніж у січні. Локальні пошкодження в Самарі підтверджено, ефект по цілях — ні.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Associated Press; 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17   КОРОТКО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Наступна доба: ППО, Самара, Чорне море й комунікація «Хартії»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У фокусі нова нічна атака, незалежна оцінка далеких ударів, морські ризики та підтверджені геолокації фронту.</w:t>
      </w:r>
    </w:p>
    <w:p>
      <w:pPr>
        <w:spacing w:before="0" w:after="200"/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ЗСУ; Повітряні сили; AP; Reuters</w:t>
        </w:r>
      </w:hyperlink>
    </w:p>
    <w:p>
      <w:pPr>
        <w:spacing w:after="16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ПІДСУМОК ДОБИ</w:t>
      </w:r>
    </w:p>
    <w:p>
      <w:pPr>
        <w:spacing w:before="160" w:after="120"/>
      </w:pPr>
      <w:r>
        <w:rPr>
          <w:rFonts w:ascii="Georgia" w:hAnsi="Georgia"/>
          <w:b/>
          <w:i w:val="0"/>
          <w:color w:val="11140F"/>
          <w:sz w:val="36"/>
        </w:rPr>
        <w:t>Критична бойова й повітряна напруга: KIS 99/100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ГОЛОВНЕ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За добу: 233 зіткнення, 241 КАБ, 10 626 фронтових застосувань дронів і 3 042 обстріли. У нічній атаці застосовано 152 повітряні цілі, 127 знешкоджено.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ЩО ЗМІНИЛОСЯ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KIS — 99/100. Нової підтвердженої зміни фронту не встановлено; підтверджено масований удар по Самарі, але не повний масштаб пошкоджень.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СТЕЖИТИ НАСТУПНОЇ ДОБИ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Нова нічна атака, наслідки ударів по центру «Прогрес» і «Саваслейці», чорноморські ризики та комунікація «Хартії».</w:t>
      </w:r>
    </w:p>
    <w:p>
      <w:pPr>
        <w:spacing w:before="32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ПРОГНОЗНИЙ WATCHLIST — НЕ ФАКТ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12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Вечірнє зведення Генштабу й уточнення наслідків ударів у Дніпропетровській області.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72 ГОДИНИ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Незалежна оцінка пошкоджень центру «Прогрес» і аеродрому «Саваслейка».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Чорноморське судноплавство, зернові ціни й спроби обмежити удари.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30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Динаміка далекобійних ударів і розподіл російської ППО між регіонами.</w:t>
            </w:r>
          </w:p>
        </w:tc>
      </w:tr>
    </w:tbl>
    <w:p>
      <w:pPr>
        <w:spacing w:before="160" w:after="80"/>
      </w:pPr>
      <w:r>
        <w:rPr>
          <w:rFonts w:ascii="Calibri" w:hAnsi="Calibri"/>
          <w:b w:val="0"/>
          <w:i/>
          <w:color w:val="687163"/>
          <w:sz w:val="17"/>
        </w:rPr>
        <w:t>Прогнозні горизонти є переліком для спостереження, а не твердженням про майбутні події.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1080" w:right="1440" w:bottom="1008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№036  •  </w:t>
    </w:r>
    <w:fldChar w:fldCharType="begin"/>
    <w:instrText xml:space="preserve">PAGE</w:instrText>
    <w:fldChar w:fldCharType="end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№036  • 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1140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B5121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B5121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B5121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apnews.com/article/russia-ukraine-war-drone-missile-strike-4e0ec548753451b1611e3123202850ea" TargetMode="External"/><Relationship Id="rId14" Type="http://schemas.openxmlformats.org/officeDocument/2006/relationships/hyperlink" Target="https://www.zsu.gov.ua/news/operatyvna-informatsiia-stanom-na-0800-15082026-shchodo-rosiiskoho-vtorhnennia" TargetMode="External"/><Relationship Id="rId15" Type="http://schemas.openxmlformats.org/officeDocument/2006/relationships/hyperlink" Target="https://mod.gov.ua/news/bojovi-vtrati-voroga-na-15-serpnya-2026-roku" TargetMode="External"/><Relationship Id="rId16" Type="http://schemas.openxmlformats.org/officeDocument/2006/relationships/hyperlink" Target="https://www.nato.int/en/what-we-do/partnerships-and-cooperation/natos-support-for-ukraine" TargetMode="External"/><Relationship Id="rId17" Type="http://schemas.openxmlformats.org/officeDocument/2006/relationships/hyperlink" Target="https://www.zsu.gov.ua/news/urazheno-raketno-kosmichnyi-tsentr-prohres-u-samari-ta-aerodrom-savasleika" TargetMode="External"/><Relationship Id="rId18" Type="http://schemas.openxmlformats.org/officeDocument/2006/relationships/hyperlink" Target="https://www.reuters.com/world/europe/russia-dismisses-idea-black-sea-ceasefire-2026-08-14/" TargetMode="External"/><Relationship Id="rId19" Type="http://schemas.openxmlformats.org/officeDocument/2006/relationships/hyperlink" Target="https://armyinform.com.ua/2026/08/15/shahed-gerbery-banderoli-ta-parodiyi-rosiya-atakuvala-ukrayinu-152-povitryanymy-czilyamy/" TargetMode="External"/><Relationship Id="rId20" Type="http://schemas.openxmlformats.org/officeDocument/2006/relationships/hyperlink" Target="https://www.khartiia.org/contract" TargetMode="External"/><Relationship Id="rId21" Type="http://schemas.openxmlformats.org/officeDocument/2006/relationships/hyperlink" Target="https://www.facebook.com/khartiiacorps/videos/1379913920689295/" TargetMode="External"/><Relationship Id="rId22" Type="http://schemas.openxmlformats.org/officeDocument/2006/relationships/hyperlink" Target="https://www.facebook.com/khartiia.gregit/" TargetMode="External"/><Relationship Id="rId23" Type="http://schemas.openxmlformats.org/officeDocument/2006/relationships/hyperlink" Target="https://www.radiosvoboda.org/amp/news-zhadan-khartiya-yermak-krytyka/33831003.html" TargetMode="External"/><Relationship Id="rId24" Type="http://schemas.openxmlformats.org/officeDocument/2006/relationships/hyperlink" Target="https://armyinform.com.ua/2026/08/15/majzhe-3000-droniv-za-sim-misyacziv-perehoplyuvachi-spartana-trymayut-nebo-nad-pokrovskom/" TargetMode="External"/><Relationship Id="rId25" Type="http://schemas.openxmlformats.org/officeDocument/2006/relationships/hyperlink" Target="https://www.reuters.com/world/summer-campaign-has-led-capture-19-settlements-southeast-ukraine-russia-says-2026-08-1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СУРМАЧ — Випуск №036</dc:title>
  <dc:subject>Щоденна українська газета</dc:subject>
  <dc:creator>Редакція «СУРМАЧ»</dc:creator>
  <cp:keywords>Україна, новини, Сурмач, щоденна газета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