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№037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16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15 СЕРПНЯ 18:00 — 16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11 235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88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бої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нічної атаки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знешкоджених цілей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11 235 — фронтові застосування дронів; 106 — окремий показник БпЛА нічної повітряної атаки.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212 боїв, 312 КАБ, 11 235 фронтових застосувань дронів, 3 122 обстріли, комбінована нічна атака, цивільні втрати, далекобійні удари й інцидент у повітряному просторі НАТО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Російські удари забрали життя п’ятьох людей в Україні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повідомило про двох загиблих у Кривому Розі, одного — в Сумах і двох — у Запорізькій області. У Києві пожежа знищила частину книжкового ринку, поранено шістьох людей.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212 боєзіткнень; найбільше атак — на Покровському напрямку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Покровському напрямку відбулося 34 атаки, на Костянтинівському — 28, на Слов’янському — 21. Нової підтвердженої зміни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312 КАБ, 11 235 дронів і 3 122 обстріли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99 авіаударів; 64 обстріли здійснено з РСЗВ. Фронтові дрони не тотожні 106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1 510 військових, 1 920 БпЛА та 75 артсистем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Орієнтовна оцінка Генштабу за 15 серпня; також заявлено про один танк, сім бойових броньованих машин, вісім РСЗВ і два засоби ППО.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підтримки НАТО підготували 100 військових психологів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Завершено річну програму навчання фахівців ЗСУ та органів системи МВС за методом EMDR у межах Комплексного пакета допомоги НАТО.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 / Представництво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F-18 місії НАТО збив дрон у небі Румунії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Походження апарата офіційно не встановлено; представник НАТО сказав Reuters, що він, імовірно, був російським. Уламки впали в незаселеній місцевості.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ураження заводу ракетного палива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удар по «Комбинату Каменский» у Ростовській області. Reuters підтвердило заяву, але масштаб пошкоджень незалежно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ArcelorMittal Кривий Ріг частково зупинив виробництво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Пошкоджено ключові об’єкти енергетичного та доменного господарства. Двоє людей загинули, 14 поранено; грошову оцінку збитків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106 БпЛА та ракети; 88 цілей знешкоджено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Знищено або подавлено 85 БпЛА та три ракети Х-59/69; влучання зафіксовано на 13 локаціях. Зведення станом на 08:00 було попереднім.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Повітряні сили ЗСУ /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 Чинні програми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Нових зборів або передач допомоги з підтвердженими організаторами, реквізитами чи звітом у межах доби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українські, міжнародні та російські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повідомлень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оперативні новини,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208-ма бригада заявила про п’ять збитих реактивних Shahed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повідомили про бойову роботу 208-ї зенітної ракетної Херсонської бригади вранці 16 серпня. Незалежного аудиту кількості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знищення 822 українських дронів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і AP підтвердили пожежі й частину наслідків, але не заявлену кількість перехоплень.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Наслідки підтверджують масштаб атаки, але не всі цифри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зафіксувало дим над складом Wildberries, AP — пожежі й жертви в кількох регіонах РФ. Нової незалежно встановленої зміни фронту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Press;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далекобійні удари та реакція НАТО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нова нічна атака, наслідки ударів, Покровський і Костянтинівський напрямки та інцидент у Румунії. Це перелік для перевірки, а не прогноз.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Reuters; AP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100/100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212 зіткнень, 312 КАБ, 11 235 фронтових застосувань дронів і 3 122 обстріли. У нічній атаці застосовано 106 БпЛА та ракети, 88 цілей знешкоджено.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100/100. Підтверджено нові цивільні втрати, пошкодження металургійного підприємства й перехоплення дрона над Румунією; зміни фронту не встановлено.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Нова нічна атака, наслідки далекобійних ударів, ситуація біля Покровська й Костянтинівки та реакція НАТО на інцидент у Румунії.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й уточнення наслідків ударів у Кривому Розі, Києві та Сумах.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пошкоджень «Комбината Каменского» й логістичних цілей на окупованих територіях.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Реакція НАТО на інцидент у Румунії та динаміка далекобійних ударів.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Динаміка далекобійних ударів і розподіл російської ППО між регіонами.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№037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№037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apnews.com/article/russia-ukraine-war-01294bf8744282086e8f76c8130e16ba" TargetMode="External"/><Relationship Id="rId14" Type="http://schemas.openxmlformats.org/officeDocument/2006/relationships/hyperlink" Target="https://www.zsu.gov.ua/news/operatyvna-informatsiia-stanom-na-0800-16082026-shchodo-rosiiskoho-vtorhnennia" TargetMode="External"/><Relationship Id="rId15" Type="http://schemas.openxmlformats.org/officeDocument/2006/relationships/hyperlink" Target="https://www.zsu.gov.ua/news/100-viiskovykh-psykholohiv-zavershyly-navchannia-z-emdr-terapii" TargetMode="External"/><Relationship Id="rId16" Type="http://schemas.openxmlformats.org/officeDocument/2006/relationships/hyperlink" Target="https://www.reuters.com/world/europe/russian-missile-attack-kyiv-sparks-fires-injures-one-ukraine-officials-say-2026-08-16/" TargetMode="External"/><Relationship Id="rId17" Type="http://schemas.openxmlformats.org/officeDocument/2006/relationships/hyperlink" Target="https://www.zsu.gov.ua/news/urazheno-pidpryiemstvo-kombynat-kamenskyi-ta-pidtverdzheno-inshi-rezultaty" TargetMode="External"/><Relationship Id="rId18" Type="http://schemas.openxmlformats.org/officeDocument/2006/relationships/hyperlink" Target="https://www.facebook.com/kpszsu/posts/1506593184841958/" TargetMode="External"/><Relationship Id="rId19" Type="http://schemas.openxmlformats.org/officeDocument/2006/relationships/hyperlink" Target="https://www.khartiia.org/contract" TargetMode="External"/><Relationship Id="rId20" Type="http://schemas.openxmlformats.org/officeDocument/2006/relationships/hyperlink" Target="https://ngu.gov.ua/" TargetMode="External"/><Relationship Id="rId21" Type="http://schemas.openxmlformats.org/officeDocument/2006/relationships/hyperlink" Target="https://www.facebook.com/khartiia.gregit/" TargetMode="External"/><Relationship Id="rId22" Type="http://schemas.openxmlformats.org/officeDocument/2006/relationships/hyperlink" Target="https://www.facebook.com/khartiiacorps/" TargetMode="External"/><Relationship Id="rId23" Type="http://schemas.openxmlformats.org/officeDocument/2006/relationships/hyperlink" Target="https://www.facebook.com/kpszsu/" TargetMode="External"/><Relationship Id="rId24" Type="http://schemas.openxmlformats.org/officeDocument/2006/relationships/hyperlink" Target="https://www.reuters.com/world/ukrainian-drones-strike-moscow-region-killing-one-2026-08-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№037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