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№038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17 СЕРПНЯ 18:00 — 18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18+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791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150 тис.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99/100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загиблих у Печенігах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щонайменше поранених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ракети «Бандероль»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дрон — заява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британських дронів до кінця року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791 — неперевірена російська оцінка перехоплень, а не підтверджена кількість запусків.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99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99/100: масова загибель цивільних у Печенігах, ракетна загроза, безпрецедентний заявлений масштаб далекобійної дронової атаки, навантаження на ППО, пожежі в РФ, російські погрози Британії та неповні оперативні дані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Печенігах загинули десятеро цивільних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Щонайменше 18 людей поранені. За попередніми даними прокуратури, застосовано дві малогабаритні крилаті ракети «Бандероль»; пошкоджено житло, пошту, магазини, кафе й автомобілі.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Підтвердженої добової зміни фронту не встановлено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AP оцінює літній наступ РФ як такий, що не дав значного просування; це загальна оцінка, а не добова картографічна верифікація.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Повне добове зведення не вдалося надійно верифікувати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Кількість боєзіткнень, авіаударів, КАБ, фронтових дронів і обстрілів не наводимо без доступного для повторної перевірки офіційного першоджерела.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Нову добову оцінку втрат РФ не публікуємо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Оперативну оцінку за 17 серпня не вдалося надійно звірити в офіційному першоджерелі. Цифри з передруків не включено.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Лондон підтвердив продовження підтримки України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Прем’єр Енді Бернем заявив про підтримку «на 100%». Британія планує передати 150 тисяч дронів до кінця 2026 року в межах пакета на £752 млн.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рішень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пакета, санкційного рішення, погодженого графіка постачань або дипломатичної домовленості в межах доби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НАТО — підтримка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Заявлений рекордний дроновий наліт на Москву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Російські посадовці говорили про понад 600 цілей у напрямку Москви. Україна не розкрила кількість запусків і типи платформ; підтверджені пожежі й поранені.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Associated Press;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Пожежу на складі Wildberries підтверджено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AP і Reuters підтвердили пожежу в Коледіно під Москвою. Причинний зв’язок, масштаб пошкоджень і грошову оцінку збитків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Associated Press;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Печенігах пошкоджено житло та цивільні об’єкти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Пошкоджено десять будинків, кафе, пошту, магазини й 15 автомобілів. ООН збирає інформацію; окремого верифікованого підсумку Повітряних сил щодо БпЛА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програм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сторінки Міноборони, НГУ, «Хартії» та «Ґреґота» перевірено окремо. Чинні програми не перевидаються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Корпус «Хартія» — контракт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ініціатив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Нових зборів або передач допомоги з підтвердженими організаторами, реквізитами чи звітом у межах доби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навчання, бойову роботу, нагородження, інтерв’ю, фото, відео й українські, міжнародні та російські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повідомлень корпусу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оперативні новини, командування, рекрутинг, міжнародні контакти й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окремо верифікованих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Матеріали без дати, доступного першоджерела або можливості відрізнити нову публікацію від повторної не включалися.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заявила про 791 перехоплений український дрон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AP не змогло перевірити числа, хоча пожежі й щонайменше шістьох поранених підтверджено.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Наслідки не підтверджують російську статистику перехоплень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Відео Reuters і репортаж AP підтверджують пожежу та поранених, але не загальну кількість запусків або ефективність ППО. Зміни фронту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Печеніги, ППО, Генштаб і наслідки ударів у РФ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уточнення втрат, нова нічна атака, добове зведення Генштабу, незалежна оцінка пожеж і реакція союзників на російські погрози. Це watchlist, не прогноз.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ракетна й дронова напруга: KIS 99/100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Підтверджено десять загиблих і щонайменше 18 поранених у Печенігах; попередньо ідентифіковано дві ракети «Бандероль». Російські 791 перехоплений дрон — неперевірена заява.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99/100. Підтверджено нові масові цивільні втрати, пожежі та поранених у РФ; добової зміни лінії фронту не встановлено.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Уточнення наслідків удару по Печенігах, нова нічна атака, добове зведення Генштабу, оцінка наслідків ударів у РФ і реакція союзників на російські погрози.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числа постраждалих і пошкоджень у Печенігах.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Офіційний підсумок нової нічної атаки й дані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оцінка наслідків дронової атаки в Московському регіоні та Рязані.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Практичні кроки Британії та реакція союзників на російські погрози.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№038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№038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europe/russian-missile-attack-kills-10-ukraines-kharkiv-region-officials-say-2026-08-18/" TargetMode="External"/><Relationship Id="rId14" Type="http://schemas.openxmlformats.org/officeDocument/2006/relationships/hyperlink" Target="https://apnews.com/article/russia-ukraine-war-drone-attack-moscow-5f1f84bfb064942d7b7fe9be1bd4693c" TargetMode="External"/><Relationship Id="rId15" Type="http://schemas.openxmlformats.org/officeDocument/2006/relationships/hyperlink" Target="https://www.zsu.gov.ua/news" TargetMode="External"/><Relationship Id="rId16" Type="http://schemas.openxmlformats.org/officeDocument/2006/relationships/hyperlink" Target="https://www.reuters.com/world/uk/russia-warns-britain-consequences-supplying-drones-ukraine-2026-08-18/" TargetMode="External"/><Relationship Id="rId17" Type="http://schemas.openxmlformats.org/officeDocument/2006/relationships/hyperlink" Target="https://www.nato.int/cps/en/natohq/topics_192648.htm" TargetMode="External"/><Relationship Id="rId18" Type="http://schemas.openxmlformats.org/officeDocument/2006/relationships/hyperlink" Target="https://www.khartiia.org/contract" TargetMode="External"/><Relationship Id="rId19" Type="http://schemas.openxmlformats.org/officeDocument/2006/relationships/hyperlink" Target="https://ngu.gov.ua/" TargetMode="External"/><Relationship Id="rId20" Type="http://schemas.openxmlformats.org/officeDocument/2006/relationships/hyperlink" Target="https://www.facebook.com/khartiia.gregit/" TargetMode="External"/><Relationship Id="rId21" Type="http://schemas.openxmlformats.org/officeDocument/2006/relationships/hyperlink" Target="https://www.facebook.com/khartiiacor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№038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