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№040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19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18 СЕРПНЯ 18:00 — 19 СЕРПНЯ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239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302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11 130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65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103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99/100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боєзіткнень за добу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керовані авіабомби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фронтових застосувань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нічної атаки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звільнених із полону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11 130 — фронтові застосування дронів за добу; це не число БпЛА нічної атаки, яких було 65.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99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99/100: 239 боєзіткнень, 302 КАБ, 11 130 фронтових застосувань дронів, 3 070 обстрілів, нічна атака 65 БпЛА і двома балістичними ракетами, загибель цивільних, політична турбулентність і ризик гібридних операцій у Європі формують критичний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0%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−100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0%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−99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Євгенія Хмару призначено міністром оборони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Верховна Рада підтримала призначення 312 голосами за необхідних 226. Reuters і AP незалежно підтвердили результат голосування.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Reuters; 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239 боєзіткнень за добу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Найбільше атак було на Костянтинівському напрямку — 31; на Покровському — 27. Нової підтвердженої зміни контролю території не встановлено.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302 КАБ, 11 130 фронтових дронів і 3 070 обстрілів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Зафіксовано один ракетний удар двома ракетами та 87 авіаударів. Фронтові дрони не тотожні БпЛА нічної атаки.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Оцінка втрат РФ — 1 190 військових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Також заявлено про два танки, 50 артсистем, три РСЗВ, 19 наземних роботизованих комплексів, 1 738 БпЛА і 427 автомобілів. Це оцінка сторони війни.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Milrem не змінила графік постачання роботизованих машин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Компанія заявила, що підозрюваний підпал у Таллінні не вплинув на виробництво й передачі Україні. Відповідальність за інцидент не встановлена.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рішень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Нового пакета, санкційного рішення, графіка постачань або дипломатичної домовленості до 18:00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НАТО — підтримка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Заявлено про ураження цехів РКЦ «Прогрес»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повідомив про цех збирання двигунів і цех обслуговування авіатехніки; площу пожежі оцінено у 5 тисяч м². Незалежного аудиту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Антикорупційні органи заявили про схему на 150 млн грн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AP і Reuters повідомили про підозрювану групу, пов’язану з внесенням застави у попередній справі. Судового рішення по суті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Associated Press; 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65 БпЛА і дві балістичні ракети; знешкоджено 58 цілей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Станом на 08:30 ППО збила або подавила 56 дронів і два боєприпаси «Бандероль». Зафіксовано влучання на десяти локаціях; підсумок був попереднім.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Повітряні сили ЗСУ / 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програм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сторінки Міноборони, НГУ, «Хартії» та «Ґреґота» перевірено окремо. Чинні програми не подаються як нові.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Корпус «Хартія» — контракт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ініціатив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Нових зборів або передач допомоги з підтвердженими організаторами, реквізитами чи звітом у межах доби не знайдено.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навчання, бойову роботу, нагородження, інтерв’ю, фото, відео й українські, міжнародні та російські 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Офіційна сторінка 7-ї бригади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повідомлень корпусу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Діяльність, оперативні новини, командування, рекрутинг, міжнародні контакти й офіційні заяви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Офіційна сторінка корпусу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 полону повернулися 103 українські військові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Серед звільнених — солдати, сержанти й кілька офіцерів; більшість має поранення або тяжкі захворювання. AP окремо підтвердило обмін.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Генеральний штаб ЗСУ; 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НЕЗАЛЕЖНО НЕ ПІДТВЕРДЖЕНО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РФ заявила про 453 перехоплені українські дрони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Статуси: «Заява російської сторони» та «Незалежно не підтверджено». Незалежного підтвердження числа і заявленого призначення уражених цілей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Висока інтенсивність без підтвердженої зміни фронту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239 боїв і концентрація атак на Костянтинівському та Покровському напрямках підтверджують високий тиск. Достатньої нової геолокаційної бази для зміни карти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Reuters; 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фронт, ППО, Херсонщина й розслідування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вечірнє зведення, нова нічна атака, наслідки ударів по цивільних, антикорупційна справа та перевірка уражених цілей. Це watchlist, не прогноз.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Reuters; Associated Press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бойова, повітряна й політична напруга: KIS 99/100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За 18 серпня зафіксовано 239 боєзіткнень, 302 КАБ, 11 130 фронтових застосувань дронів і 3 070 обстрілів. У нічній атаці Росія застосувала 65 БпЛА й дві балістичні ракети.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99/100. Верховна Рада призначила Євгенія Хмару міністром оборони, а з полону повернулися 103 військові; підтвердженої зміни фронту немає.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Вечірнє зведення Генштабу, новий підсумок Повітряних сил, наслідки ударів по Херсонщині, антикорупційна справа та незалежна оцінка уражених цілей.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6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Вечірнє зведення Генштабу й інтенсивність боїв на сході.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Офіційний підсумок нової нічної атаки й дані Повітряних сил.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Незалежна оцінка уражених військових і промислових цілей.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Кадрові рішення Міноборони та результати розслідувань у Києві й Таллінні.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№040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№040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reuters.com/world/europe/ukraines-parliament-approves-yevhenii-khmara-new-defence-minister-2026-08-19/" TargetMode="External"/><Relationship Id="rId14" Type="http://schemas.openxmlformats.org/officeDocument/2006/relationships/hyperlink" Target="https://t.me/GeneralStaffZSU/41927" TargetMode="External"/><Relationship Id="rId15" Type="http://schemas.openxmlformats.org/officeDocument/2006/relationships/hyperlink" Target="https://www.reuters.com/business/aerospace-defense/suspected-sabotage-attack-fails-disrupt-milrem-deliveries-ukraine-2026-08-19/" TargetMode="External"/><Relationship Id="rId16" Type="http://schemas.openxmlformats.org/officeDocument/2006/relationships/hyperlink" Target="https://www.nato.int/cps/en/natohq/topics_192648.htm" TargetMode="External"/><Relationship Id="rId17" Type="http://schemas.openxmlformats.org/officeDocument/2006/relationships/hyperlink" Target="https://t.me/GeneralStaffZSU/41935" TargetMode="External"/><Relationship Id="rId18" Type="http://schemas.openxmlformats.org/officeDocument/2006/relationships/hyperlink" Target="https://apnews.com/article/russia-ukraine-war-fedorov-zelenskyy-8c808244dcf51217027ebc97dba01761" TargetMode="External"/><Relationship Id="rId19" Type="http://schemas.openxmlformats.org/officeDocument/2006/relationships/hyperlink" Target="https://t.me/GeneralStaffZSU/41929" TargetMode="External"/><Relationship Id="rId20" Type="http://schemas.openxmlformats.org/officeDocument/2006/relationships/hyperlink" Target="https://www.khartiia.org/contract" TargetMode="External"/><Relationship Id="rId21" Type="http://schemas.openxmlformats.org/officeDocument/2006/relationships/hyperlink" Target="https://ngu.gov.ua/" TargetMode="External"/><Relationship Id="rId22" Type="http://schemas.openxmlformats.org/officeDocument/2006/relationships/hyperlink" Target="https://www.facebook.com/khartiia.gregit/" TargetMode="External"/><Relationship Id="rId23" Type="http://schemas.openxmlformats.org/officeDocument/2006/relationships/hyperlink" Target="https://www.facebook.com/khartiiacorps/" TargetMode="External"/><Relationship Id="rId24" Type="http://schemas.openxmlformats.org/officeDocument/2006/relationships/hyperlink" Target="https://t.me/GeneralStaffZSU/419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№040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