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№042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20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19 СЕРПНЯ 18:00 — 20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234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330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10 459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168/145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16+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100/100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бойові зіткнення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керовані авіабомби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фронтових застосувань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запущено /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загиблих у Києві й області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10 459 — фронтові застосування дронів за добу; 168/145 — окремий підсумок далекобійних БпЛА нічної атаки. Загалом ППО знешкодила 186 цілей різних типів.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100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100/100: 234 бойові зіткнення, 330 КАБ, 10 459 фронтових застосувань дронів, 3 118 обстрілів, комбінована ракетно-дронова атака з 16+ загиблими, 28 локаціями влучань і критичним навантаженням на ППО формують граничний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60" w:after="6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Масований удар по Києву й області: щонайменше 16 загиблих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Понад 40 людей поранені. Пошкоджено близько 30 житлових будинків, школу, дитячу лікарню й дитсадок; Reuters і AP задокументували наслідки.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234 бойові зіткнення за добу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На Покровському напрямку зафіксовано 26 атак, на Костянтинівському — 24, на Слов’янському — 19, на Південно-Слобожанському — 17.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330 КАБ, 10 459 фронтових дронів і 3 118 обстрілів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За добу РФ завдала 99 авіаударів. Сили оборони заявили про ураження чотирьох пунктів управління БпЛА та трьох командно-спостережних пунктів.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Оцінка втрат РФ — 1 480 військових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Також заявлено про сім танків, 56 артсистем, сім РСЗВ, 1 672 БпЛА та 500 автомобілів. Це оперативна оцінка української сторони.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ЄС назвав протибалістичні засоби найтерміновішим пріоритетом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Урсула фон дер Ляєн заявила про роботу з державами-членами та партнерами. Нового пакета з визначеною кількістю і строками до 18:00 не оголошено.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Румунія знищила морський дрон біля Neptun Deep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Походження апарата офіційно не встановлено; Україна заявила, що він не належав її силам. Інцидент посилює ризики для енергетичної інфраструктури НАТО та ЄС.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Заявлено про ураження НПЗ TANECO та термінала «Таманьнефтегаз»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Генштаб повідомив про пожежі на обох об’єктах; Reuters передав заяву. Повний масштаб пошкоджень незалежно не встановлений.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Генеральний штаб ЗСУ; 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Електропостачання відновили приблизно для 90 тисяч домогосподарств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ДТЕК повідомив про відновлення після атаки. Пошкоджено продовольчі склади й об’єкти Червоного Хреста поблизу Києва; масштаб збитків уточнюється.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168 БпЛА у нічній атаці; знешкоджено 145 дронів і 41 іншу ціль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ППО також знешкодила 31 крилату або авіаційну ракету, вісім «Калібрів» і дві «Бандеролі» — разом 186 цілей. Влучання зафіксовано на 28 локаціях.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Повітряні сили ЗСУ / 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підтверджених програм не виявлено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Офіційні сторінки Міноборони, НГУ, «Хартії» та «Ґреґота» перевірено окремо. Чинні програми не подаються як нові.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Корпус «Хартія» — контракт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повністю перевірених ініціатив не виявлено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Пошкодження об’єктів Червоного Хреста є наслідком удару, а не новою кампанією. Реквізити без перевірки організатора не публікуються.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перевірених повідомлень бригади не виявлено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Офіційні повідомлення, навчання, бойову роботу, нагородження, інтерв’ю, фото, відео та українські, міжнародні й російські згадки перевірено окремо.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підтверджених оперативних заяв корпусу не виявлено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Діяльність, командування, рекрутинг, міжнародні контакти й офіційні сторінки перевірено окремо. Повторні згадки про раніше оголошені програми не подаються як нова подія.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68-ма єгерська бригада показала психологічну смугу підготовки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Офіційний матеріал описує тренування на стійкість і взаємодію, але не містить оперативних подробиць бойової роботи.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Генеральний штаб ЗСУ / 68 ОЄБр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РФ заявила про удари по виробництву дронів, складу та логістичному вузлу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Статуси: «Заява російської сторони» та «Незалежно не підтверджено». Reuters і AP не підтвердили військове призначення всіх цілей і задокументували цивільних загиблих та пошкоджені житлові й медичні об’єкти.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Підтверджені різноспрямовані зміни на півночі Харківщини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ISW за геолокацією оцінює просування України північніше Білого Колодязя та нещодавнє просування РФ на Куп’янському напрямку. Новішої підтвердженої зміни до 18:00 не встановлено.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Institute for the Study of War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Наступна доба: наслідки удару, ППО, Patriot і фронт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У фокусі уточнення кількості жертв, нова нічна атака, рішення партнерів щодо протибалістичних засобів і геолокації на Харківщині. Це watchlist, не прогноз.</w:t>
      </w:r>
    </w:p>
    <w:p>
      <w:pPr>
        <w:spacing w:before="0" w:after="12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сили; Reuters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Гранична бойова, повітряна й соціальна напруга: KIS 100/100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добу зафіксовано 234 бойові зіткнення, 330 КАБ, 10 459 фронтових застосувань дронів і 3 118 обстрілів. Масований удар по Києву та області забрав щонайменше 16 життів.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утримується на 100/100. ППО знешкодила 186 цілей, однак влучання зафіксовано на 28 локаціях; ISW не оприлюднив новішої підтвердженої зміни карти до 18:00.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Уточнення кількості жертв, нова нічна атака, рішення партнерів щодо Patriot, наслідки ударів по нафтовій інфраструктурі та нові геолокації фронту.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Уточнення кількості жертв і наслідків удару по Києву та області.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Нова нічна атака, підсумок Повітряних сил і повне зведення Генштабу.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Рішення партнерів щодо Patriot і нові геолокації на Харківщині.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Вплив ударів по нафтовій і логістичній інфраструктурі на економіку та переговори.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979" w:right="1440" w:bottom="893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№042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№042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ukrainian-capital-kyiv-under-attack-by-russian-ballistic-missiles-mayor-says-2026-08-19/" TargetMode="External"/><Relationship Id="rId14" Type="http://schemas.openxmlformats.org/officeDocument/2006/relationships/hyperlink" Target="https://t.me/GeneralStaffZSU/41949" TargetMode="External"/><Relationship Id="rId15" Type="http://schemas.openxmlformats.org/officeDocument/2006/relationships/hyperlink" Target="https://t.me/GeneralStaffZSU/41948" TargetMode="External"/><Relationship Id="rId16" Type="http://schemas.openxmlformats.org/officeDocument/2006/relationships/hyperlink" Target="https://www.reuters.com/world/europe/romania-destroys-marine-drone-near-neptun-deep-gas-project-minister-says-2026-08-20/" TargetMode="External"/><Relationship Id="rId17" Type="http://schemas.openxmlformats.org/officeDocument/2006/relationships/hyperlink" Target="https://t.me/GeneralStaffZSU/41957" TargetMode="External"/><Relationship Id="rId18" Type="http://schemas.openxmlformats.org/officeDocument/2006/relationships/hyperlink" Target="https://t.me/GeneralStaffZSU/41951" TargetMode="External"/><Relationship Id="rId19" Type="http://schemas.openxmlformats.org/officeDocument/2006/relationships/hyperlink" Target="https://www.khartiia.org/contract" TargetMode="External"/><Relationship Id="rId20" Type="http://schemas.openxmlformats.org/officeDocument/2006/relationships/hyperlink" Target="https://www.facebook.com/khartiia.gregit/" TargetMode="External"/><Relationship Id="rId21" Type="http://schemas.openxmlformats.org/officeDocument/2006/relationships/hyperlink" Target="https://www.facebook.com/khartiiacorps/" TargetMode="External"/><Relationship Id="rId22" Type="http://schemas.openxmlformats.org/officeDocument/2006/relationships/hyperlink" Target="https://t.me/GeneralStaffZSU/41952" TargetMode="External"/><Relationship Id="rId23" Type="http://schemas.openxmlformats.org/officeDocument/2006/relationships/hyperlink" Target="https://www.reuters.com/world/russia-strikes-drone-component-facilities-other-targets-kyiv-defence-ministry-2026-08-20/" TargetMode="External"/><Relationship Id="rId24" Type="http://schemas.openxmlformats.org/officeDocument/2006/relationships/hyperlink" Target="https://understandingwar.org/research/russia-ukraine/russian-offensive-campaign-assessment-august-19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№042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