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№043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21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20 СЕРПНЯ 06:00 — 21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157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6 634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168/145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17+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Києві й області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6 634 — фронтові застосування дронів станом на 22:00; 168/145 — останній завершений підсумок далекобійних БпЛА в межах добового вікна. Загалом ППО знешкодила 186 цілей різних типів; нового підсумку до 06:00 немає.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195 бойових зіткнень до 22:00, 157 КАБ, 6 634 фронтові застосування дронів, 2 151 обстріл, наслідки комбінованої атаки з 17+ загиблими, 28 локаціями влучань, санкції та паливний дефіцит у РФ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Нові санкції проти ланцюгів постачання російського ВПК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Один із пакетів охоплює 28 громадян Росії, 36 російських і одну китайську компанію, пов’язаних із постачанням обладнання, електроніки та сировини в обхід обмежень.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195 бойових зіткнень станом на 22:00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 18 атак зафіксовано на Костянтинівському та Покровському напрямках, 11 — на Слов’янському, дев’ять — на Куп’янському. Це вечірній оперативний зріз.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157 КАБ, 6 634 фронтові дрони та 2 151 обстріл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Станом на 22:00 зафіксовано 55 авіаударів, один ракетний удар, ракети балістичної траєкторії та 44 крилаті й авіаційні ракети.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втрат РФ — 1 480 військових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Також заявлено про сім танків, 56 артсистем, сім РСЗВ, 1 672 БпЛА та 500 автомобілів. Це оперативна оцінка української сторони.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Міноборони України / 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Партнери засудили удар; нового кількісного пакета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Єврокомісія назвала протибалістичні спроможності терміновим пріоритетом. До 06:00 не оголошено нового пакета з визначеною кількістю систем або строками.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Укрінформ; 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окремих рішень за добу не підтверджено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ресурси ЄС, НАТО та Держдепартаменту США перевірено. Чинні довгострокові зобов’язання не подаються як нова подія.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Brave1 Market відкрив кастомні замовлення дронів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Військові можуть формувати замовлення під конкретні потреби підрозділів. Даних про кількість уже виконаних кастомних замовлень не наведено.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Російська влада підтвердила імпорт пального на тлі дефіциту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Reuters зафіксував черги й обмеження продажу бензину; віцепрем’єр РФ Олександр Новак підтвердив початок імпорту нафтопродуктів.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Останні перевірені числа: 168 БпЛА, 145 знешкоджено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Разом із ракетами знешкоджено 186 цілей; влучання були на 28 локаціях. Нового підсумку атаки на 21 серпня до 06:00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Боєць 5-ї важкої механізованої бригади розповів про бойовий контракт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Матеріал описує практичний досвід чинної моделі контракту, але не є оголошенням нової загальнодержавної програми.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АрміяInform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повністю перевірених ініціатив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ресурси перевірено на нові збори, передачі та звіти. Реквізити без окремої перевірки організатора не публікуються.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Бригада оприлюднила програму подій Хартія-Хабу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Офіційна сторінка анонсувала серію заходів в Івано-Франківську 20–25 серпня. Нового підтвердженого бойового епізоду не знайдено.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Корпусу передали відзнаку «Братерство Ахіллеса»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Відзнаку за бойову співпрацю передали представникам корпусу в особі командира Ігоря Оболєнського. Оперативних подробиць не розкрито.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28-й Чорнобильський полк навчає молоде поповнення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НГУ повідомила про вогневу підготовку й окремо про співпрацю українських і французьких військових кінологів. Матеріали не містять бойових подробиць.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РФ заявила про удари по виробництву дронів і логістиці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«Незалежно не підтверджено». Reuters не підтвердив військове призначення всіх цілей і задокументував цивільні втрати.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 не виділив великої нової зміни контролю території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ISW зосередився на комбінованому ударі та практиці накопичення ракет. Оновлені карти є аналітичною оцінкою відкритих джерел.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195 боїв, санкції проти ВПК і критичне повітряне навантаження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 фокусі наступної доби — підсумок Повітряних сил, повне ранкове зведення, реалізація санкцій і нові геолокації фронту. Це watchlist, не прогноз.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Офіс Президента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 зафіксовано 195 бойових зіткнень, 157 КАБ, 6 634 фронтові застосування дронів і 2 151 обстріл. Наслідки масованого удару забрали щонайменше 17 життів.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становить 99/100. Україна запровадила нові санкції проти ланцюгів постачання ВПК РФ; ISW не виділив великої нової підтвердженої зміни карти.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Повітряних сил, повне ранкове зведення, виконання санкцій, рішення партнерів щодо протибалістичного захисту та нові геолокації фронту.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Підсумок Повітряних сил щодо нової нічної атаки та кількості цілей.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ранкове зведення Генштабу й уточнення втрат і наслідків ударів.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Практичне виконання нових санкцій і рішення щодо протибалістичного захисту.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Вплив паливного дефіциту в РФ та далекобійних ударів на економіку й логістику.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№043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№043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ukrayina-zastosuvala-sankciyi-proti-pidpriyemstv-rosijskogo-105905" TargetMode="External"/><Relationship Id="rId14" Type="http://schemas.openxmlformats.org/officeDocument/2006/relationships/hyperlink" Target="https://www.facebook.com/GeneralStaff.ua/posts/1416265940686480/" TargetMode="External"/><Relationship Id="rId15" Type="http://schemas.openxmlformats.org/officeDocument/2006/relationships/hyperlink" Target="https://mod.gov.ua/news/bojovi-vtrati-voroga-na-20-serpnya-2026-roku" TargetMode="External"/><Relationship Id="rId16" Type="http://schemas.openxmlformats.org/officeDocument/2006/relationships/hyperlink" Target="https://www.ukrinform.ua/rubric-world/4155923-svit-zasudiv-masovanu-ataku-rf-i-zaklikav-posiliti-pidtrimku-ukraini.html" TargetMode="External"/><Relationship Id="rId17" Type="http://schemas.openxmlformats.org/officeDocument/2006/relationships/hyperlink" Target="https://www.nato.int/en/what-we-do/partnerships-and-cooperation/natos-support-for-ukraine" TargetMode="External"/><Relationship Id="rId18" Type="http://schemas.openxmlformats.org/officeDocument/2006/relationships/hyperlink" Target="https://mod.gov.ua/news/na-brave1-market-zapustyly-kastomni-zamovlennia-droniv-pid-potreby-viiskovykh" TargetMode="External"/><Relationship Id="rId19" Type="http://schemas.openxmlformats.org/officeDocument/2006/relationships/hyperlink" Target="https://www.reuters.com/business/energy/frustrated-moscow-drivers-face-long-queues-refill-fuel-shortages-return-2026-08-20/" TargetMode="External"/><Relationship Id="rId20" Type="http://schemas.openxmlformats.org/officeDocument/2006/relationships/hyperlink" Target="https://t.me/GeneralStaffZSU/41951" TargetMode="External"/><Relationship Id="rId21" Type="http://schemas.openxmlformats.org/officeDocument/2006/relationships/hyperlink" Target="https://armyinform.com.ua/2026/08/20/chitki-terminy-potim-vidstrochka-boyecz-5-ovmbr-pidpysav-novyj-bojovyj-kontrakt/" TargetMode="External"/><Relationship Id="rId22" Type="http://schemas.openxmlformats.org/officeDocument/2006/relationships/hyperlink" Target="https://ngu.gov.ua/2026/08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facebook.com/khartiiacorps/posts/1028957073233111/" TargetMode="External"/><Relationship Id="rId25" Type="http://schemas.openxmlformats.org/officeDocument/2006/relationships/hyperlink" Target="https://www.reuters.com/world/russia-strikes-drone-component-facilities-other-targets-kyiv-defence-ministry-2026-08-20/" TargetMode="External"/><Relationship Id="rId26" Type="http://schemas.openxmlformats.org/officeDocument/2006/relationships/hyperlink" Target="https://understandingwar.org/research/russia-ukraine/russian-offensive-campaign-assessment-august-20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№043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