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№047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22 СЕРПНЯ 06:00 — 23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241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7 444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2 353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100/100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у неповному зрізі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керована авіабомба (КАБ)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фронтові застосування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обстріли позицій і громад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197 зіткнень, 6 ракет, 241 КАБ, 7 444 фронтові дрони й 2 353 обстріли — неповний зріз станом на 22:00. Поточна нічна атака тривала; підсумкових чисел запусків і знешкоджень до 06:00 не оприлюднено.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100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100/100: щонайменше 197 бойових зіткнень до 22:00, шість ракет, 241 КАБ, 7 444 фронтові застосування дронів, 2 353 обстріли, цивільні втрати та нова нічна атака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Балістичний удар по Київщині: двоє загиблих, дев’ятеро постраждалих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Суспільне звірило дані Київської ОВА, ДСНС і поліції. Серед постраждалих є дитина; пошкоджено склад, стоянку, транспорт, будинок та АЗС.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Суспільне; Київська ОВА; ДСНС; поліція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197 бойових зіткнень у неповному зрізі доби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Станом на 22:00 найбільше атак було на Костянтинівському напрямку — 22, на Південно-Слобожанському — 17. Це не підсумок за всю добу.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Шість ракет, 241 КАБ, 7 444 фронтові дрони та 2 353 обстріли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 неповними даними до 22:00 зафіксовано два ракетні й 68 авіаударів. Фронтові застосування дронів не є числом далекобійних БпЛА нічної атаки.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добової оцінки втрат РФ до 06:00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Міноборони ще не оприлюднило оцінку за 22 серпня. Дані попереднього звіту не подаються як нові.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Україна й Франція погодили прискорення постачань засобів ППО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Reuters підтвердив факт домовленості щодо французького обладнання й ракет, але кількість і графік не оприлюднені.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Офіс Президента України; 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Зеленський і Келлог обговорили антибалістичний захист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Офіційне повідомлення називає посилення ППО пріоритетом, але не містить нового пакета, кількості ракет або строку передачі.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Офіс Президента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контрактів або серійних постачань ОПК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Нового рішення з визначеними характеристиками, обсягом і строками у межах доби не виявлено.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Нової офіційної макроекономічної оцінки у межах доби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Пошкодження складів, автопарку й АЗС на Київщині є підтвердженим локальним збитком, однак його грошову оцінку не наведено.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Суспільне; Київська ОВА; ДСНС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Нічна атака тривала; підсумкових чисел цілей немає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Повітряні сили попереджали про звичайні й реактивні БпЛА та КАБ. До 06:00 підсумок запусків і знешкоджень не оприлюднено; попередні числа не повторюються.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Академія НГУ показала підготовку рекрутів у CQB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Офіційний матеріал описує базову загальновійськову та вогневу підготовку майбутніх офіцерів, але не оголошує нового набору.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Fritt Ukraina передала «Хартії» засоби радіоелектронної розвідки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Корпус повідомив, що засоби РЕР уже застосовуються у бойових підрозділах. Кількість, номенклатуру й вартість не розкрито.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підтверджених повідомлень про «Ґреґіт»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Перевірено офіційні повідомлення, бойову роботу, навчання, нагородження, інтерв’ю, фото, відео та зовнішні згадки.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Офіційна сторінка 7-ї артилерійської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23-й штурмовий полк показав службу українок та іноземок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Офіційна фотодобірка описує особовий склад і командну взаємодію, але не містить оперативних даних або нового рекрутингового оголошення.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«Ахіллес» відзначив взаємодію з корпусом «Хартія»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Підрозділ повідомив про вручення Ігорю Оболєнському відзнаки за взаємодію. Конкретні операції та результати не деталізовано.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Офіційні канали «Ахіллеса» і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Путін пригрозив ударами по «чутливих» секторах економіки України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Статуси: «Заява російської сторони» та «Ймовірна інформаційна операція». Формула про «відповідь» приховує контекст тривалої російської кампанії ударів по українській економічній інфраструктурі.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не підтвердив нових просувань сторін 22 серпня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Оцінка спирається на доступні геолоковані матеріали й не є офіційною картою. Відсутність підтвердження не означає відсутності боїв.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197 боїв, шість ракет і нічна атака без завершеного підсумку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До 22:00 також зафіксовано 241 КАБ, 7 444 фронтові застосування дронів і 2 353 обстріли. Фінальних чисел нічної атаки до 06:00 немає.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 ЗСУ; ISW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100/100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До 22:00 зафіксовано 197 бойових зіткнень, шість ракет, 241 КАБ, 7 444 фронтові застосування дронів і 2 353 обстріли. Нічна атака тривала без завершеного підсумку.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залишився на рівні 100/100. Повітряні сили ще не оприлюднили фінальні числа поточної атаки; ISW не підтвердив нового просування сторін за 22 серпня.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Підсумок Повітряних сил, повний добовий звіт Генштабу, нова оцінка втрат РФ, цивільні наслідки й конкретні рішення партнерів щодо ППО.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Підсумок Повітряних сил: кількість запущених і знешкоджених цілей у нічній атаці.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добовий звіт Генштабу й нова офіційна оцінка втрат російських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цивільних втрат, економічних збитків та можливих змін на лінії фронту.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Конкретні строки французьких постачань ППО й рішення Коаліції охочих після зустрічі 24 серпня.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№047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№047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suspilne.media/amp/kyiv/1385126-rf-atakuvala-balistikou-borispilskij-rajon-odna-ludina-zaginula-e-poraneni-poskodzeni-skladi-ta-azs/" TargetMode="External"/><Relationship Id="rId14" Type="http://schemas.openxmlformats.org/officeDocument/2006/relationships/hyperlink" Target="https://www.facebook.com/GeneralStaff.ua/posts/1417927200520354/" TargetMode="External"/><Relationship Id="rId15" Type="http://schemas.openxmlformats.org/officeDocument/2006/relationships/hyperlink" Target="https://mod.gov.ua/news" TargetMode="External"/><Relationship Id="rId16" Type="http://schemas.openxmlformats.org/officeDocument/2006/relationships/hyperlink" Target="https://www.reuters.com/world/ukraines-zelenskiy-says-macron-agreed-accelerate-air-defence-deliveries-2026-08-22/" TargetMode="External"/><Relationship Id="rId17" Type="http://schemas.openxmlformats.org/officeDocument/2006/relationships/hyperlink" Target="https://www.president.gov.ua/news/volodimir-zelenskij-zustrivsya-z-generalom-kitom-kellogom-105953" TargetMode="External"/><Relationship Id="rId18" Type="http://schemas.openxmlformats.org/officeDocument/2006/relationships/hyperlink" Target="https://t.me/s/kpszsu" TargetMode="External"/><Relationship Id="rId19" Type="http://schemas.openxmlformats.org/officeDocument/2006/relationships/hyperlink" Target="https://ngu.gov.ua/rekruty-nangu-opanovuyut-cqb-ta-vognevu-pidgotovku/" TargetMode="External"/><Relationship Id="rId20" Type="http://schemas.openxmlformats.org/officeDocument/2006/relationships/hyperlink" Target="https://t.me/s/khartiia" TargetMode="External"/><Relationship Id="rId21" Type="http://schemas.openxmlformats.org/officeDocument/2006/relationships/hyperlink" Target="https://www.facebook.com/khartiia.gregit/" TargetMode="External"/><Relationship Id="rId22" Type="http://schemas.openxmlformats.org/officeDocument/2006/relationships/hyperlink" Target="https://www.reuters.com/world/europe/putin-says-ukraine-opened-pandoras-box-with-strikes-economic-targets-2026-08-22/" TargetMode="External"/><Relationship Id="rId23" Type="http://schemas.openxmlformats.org/officeDocument/2006/relationships/hyperlink" Target="https://understandingwar.org/research/russia-ukraine/russian-offensive-campaign-assessment-august-22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№047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