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№049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24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23 СЕРПНЯ 06:00 — 24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7 032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2 338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—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 (КАБ)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 позицій і громад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підсумок нічної атаки очікується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196 зіткнень, 194 КАБ, 7 032 фронтові застосування дронів і 2 338 обстрілів — неповний зріз станом на 22:00. Підсумкових чисел нічної атаки до 06:00 не оприлюднено.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196 бойових зіткнень у неповному зрізі, 194 КАБ, 7 032 фронтові застосування дронів, 2 338 обстрілів, поточна нічна повітряна загроза та локальне просування РФ східніше Слов’янська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−93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91%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6%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−94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Україна й Норвегія підписали Drone Deal та стратегічну декларацію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Підписано рамкові документи про оборонне співробітництво та довгострокове партнерство. Параметри конкретних виробничих проєктів не розкрито.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196 бойових зіткнень станом на 22:00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 Костянтинівському напрямку зафіксовано 22 атаки, на Покровському — 14. Це неповний добовий зріз.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194 КАБ, 7 032 фронтові дрони та 2 338 обстрілів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До 22:00 зафіксовано 62 авіаудари. Фронтові застосування дронів не тотожні далекобійним цілям нічної атаки.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добової оцінки втрат РФ до 06:00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Ранковий звіт за 23 серпня ще не оприлюднено. Попередні числа не повторюються як нові; оперативні оцінки неможливо незалежно перевірити в реальному часі.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Норвегія планує надати Україні 85 млрд крон у 2027 році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Це близько $9,2 млрд на військові та гуманітарні потреби. Остаточне бюджетне рішення має пройти національні процедури.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Reuters; уряд Норвегії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Президент обговорив із сенаторами США санкції та Patriot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Йшлося про санкційний тиск, перехоплювачі й можливі ліцензії на виробництво ракет в Україні. Нового постачання або ліцензійної угоди не оголошено.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Україна та Фінляндія підписали три меморандуми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Документи охоплюють дрони, морські безекіпажні системи й наземні роботизовані комплекси. Обсяги та строки виробництва не визначено.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Ozon евакуював понад 300 людей після удару по складу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Компанія підтвердила пожежу й призупинення роботи центру в Оренбурзі. Джерело атаки та повний масштаб збитків незалежно не встановлено.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Reuters; Ozon; губернатор Оренбурзької області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Нічна повітряна атака тривала під час закриття номера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Повітряні сили повідомляли про рух ударних БпЛА. До 06:00 фінальних чисел запущених і знешкоджених цілей не оприлюднено.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рекрутингової програми або квоти не оголошено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Офіційні ресурси Міноборони, Сил оборони, НГУ, «Хартії» та «Ґреґота» перевірено; чинні вакансії не подаються як новина.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АрміяInform — довідник рекрута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Хартія-Хаб провів події на підтримку «Ґреґота»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В Івано-Франківську відбулися ярмарок і майстер-класи з вільними донатами на бригаду. Підсумкову суму збору не оприлюднено.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«Ґреґіт» повідомив про роботу Хартія-Хабу на ярмарку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Нових перевірених даних про бойову роботу, навчання, нагородження, інтерв’ю або міжнародні й російські згадки за період не виявлено.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Відбулася прем’єра фільму «Хартія Незалежності»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Фільм знято у Харкові за участю артистів та оркестрів Полтавської і Слов’янської бригад НГУ. Нових оперативних чи кадрових даних не оголошено.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Дронарі Signum показали удари по російській логістиці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Відео походить від 59-ї штурмової бригади. Точний час, місце й повний результат епізодів незалежно не встановлено.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АрміяInform; 59-та штурмова бригада безпілотних систем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РФ заявила про перехоплення 328 українських дронів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Статуси: «Заява російської сторони» та «Незалежно не підтверджено». Reuters не зміг перевірити цифру; Ozon окремо підтвердив пожежу й евакуацію.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Reuters із контекстом заяви Міноборони РФ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ISW: локальне російське просування на схід від Слов’янська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ISW також повідомив про відбиту українськими силами інфільтрацію в Миколаївці. Це оцінка відкритих джерел, а не офіційна карта.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196 боїв, оборонні угоди й нічна атака без підсумку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До 22:00 зафіксовано 194 КАБ, 7 032 фронтові дрони та 2 338 обстрілів. Фінальні числа нічної атаки й нової оцінки втрат РФ очікуються.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Офіс Президента; Повітряні сили</w:t>
        </w:r>
      </w:hyperlink>
    </w:p>
    <w:p>
      <w:pPr>
        <w:keepNext/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keepNext/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99/100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До 22:00 зафіксовано 196 бойових зіткнень, 194 КАБ, 7 032 фронтові застосування дронів і 2 338 обстрілів. Фінальних чисел нічної атаки до 06:00 немає.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знизився до 99/100, але залишається критичним. Підписано оборонні документи з Норвегією та Фінляндією; ISW зафіксував локальне російське просування східніше Слов’янська.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Підсумок нічної атаки, повне зведення Генштабу, нова оцінка втрат РФ, геолокації східніше Слов’янська та параметри партнерських угод.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Офіційний підсумок нічної атаки та нова добова оцінка втрат російських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зведення Генштабу за 23 серпня і наслідки ударів у регіонах.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Нові геолокації східніше Слов’янська та результати ударів по російській ППО й логістиці.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Практичні параметри угод з Норвегією та Фінляндією, а також рішення партнерів щодо перехоплювачів.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№049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№049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president.gov.ua/news/volodimir-zelenskij-i-jonas-gar-stere-pidpisali-ugodu-pro-ob-106013" TargetMode="External"/><Relationship Id="rId14" Type="http://schemas.openxmlformats.org/officeDocument/2006/relationships/hyperlink" Target="https://www.facebook.com/GeneralStaff.ua/posts/1418784580434616/" TargetMode="External"/><Relationship Id="rId15" Type="http://schemas.openxmlformats.org/officeDocument/2006/relationships/hyperlink" Target="https://mod.gov.ua/news" TargetMode="External"/><Relationship Id="rId16" Type="http://schemas.openxmlformats.org/officeDocument/2006/relationships/hyperlink" Target="https://www.reuters.com/world/europe/norway-give-over-9-billion-ukraine-2027-2026-08-23/" TargetMode="External"/><Relationship Id="rId17" Type="http://schemas.openxmlformats.org/officeDocument/2006/relationships/hyperlink" Target="https://www.president.gov.ua/news/posilennya-sankcij-proti-rosiyi-ta-zmicnennya-protipovitryan-105969" TargetMode="External"/><Relationship Id="rId18" Type="http://schemas.openxmlformats.org/officeDocument/2006/relationships/hyperlink" Target="https://www.president.gov.ua/news/ukrayina-ta-finlyandiya-pidpisali-tri-dokumenti-pro-spivprac-105985" TargetMode="External"/><Relationship Id="rId19" Type="http://schemas.openxmlformats.org/officeDocument/2006/relationships/hyperlink" Target="https://www.reuters.com/world/russian-online-retailer-ozon-warehouse-orenburg-region-hit-drone-attack-governor-2026-08-23/" TargetMode="External"/><Relationship Id="rId20" Type="http://schemas.openxmlformats.org/officeDocument/2006/relationships/hyperlink" Target="https://t.me/s/kpszsu" TargetMode="External"/><Relationship Id="rId21" Type="http://schemas.openxmlformats.org/officeDocument/2006/relationships/hyperlink" Target="https://armyinform.com.ua/category/dovidnyk-rekrut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ia.gregit/photos/122128467404737886/" TargetMode="External"/><Relationship Id="rId24" Type="http://schemas.openxmlformats.org/officeDocument/2006/relationships/hyperlink" Target="https://t.me/s/khartiia" TargetMode="External"/><Relationship Id="rId25" Type="http://schemas.openxmlformats.org/officeDocument/2006/relationships/hyperlink" Target="https://armyinform.com.ua/2026/08/23/obrizaly-logistyku-na-lymanskomu-napryamku-dronari-signum-vpolyuvaly-vorozhyj-transport/" TargetMode="External"/><Relationship Id="rId26" Type="http://schemas.openxmlformats.org/officeDocument/2006/relationships/hyperlink" Target="https://understandingwar.org/research/russia-ukraine/russian-offensive-campaign-assessment-august-23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№049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