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№050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24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23 СЕРПНЯ 18:00 — 24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231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299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10 747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3 110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114/151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100/100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бойове зіткнення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 (КАБ)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 позицій і громад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знешкоджено повітряних цілей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231 зіткнення, 299 КАБ, 10 747 фронтових застосувань дронів і 3 110 обстрілів — завершений добовий зріз. У нічній атаці застосовано 151 ціль, 114 збито або подавлено.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100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100/100: 231 бойове зіткнення, 299 КАБ, 10 747 фронтових застосувань дронів, 3 110 обстрілів, комбінована атака 151 повітряною ціллю та влучання на 22 локаціях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6%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−94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92%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5%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−95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60" w:after="6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Європейські лідери прибули до Києва на 35-ту річницю Незалежності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Візити Антоніу Кошти, Енді Бернема та інших лідерів підтвердили AP й Офіс Президента. Політичні заяви відокремлено від уже ухвалених рішень про допомогу.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Associated Press; Офіс Президента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231 бойове зіткнення за добу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На Костянтинівському напрямку зафіксовано 35 атак, на Покровському — 20. Це завершений добовий оперативний підсумок.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299 КАБ, 10 747 фронтових дронів і 3 110 обстрілів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 добу зафіксовано 95 авіаударів. Фронтові застосування дронів не тотожні 143 далекобійним БпЛА нічної атаки.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Оцінка України: 1 490 військових, 1 761 БпЛА та 68 артсистем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Також заявлено про один танк, дев’ять ББМ і 554 одиниці автотехніки. Оперативні числа неможливо незалежно перевірити в реальному часі.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Британія відкриває технологічні дані для виробництва SCALP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MBDA дозволять передати дані про британські компоненти для розвитку виробництва в Україні та Франції. Графік і обсяги публічно не визначено.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Уряд Великої Британії; Associated Press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Єврокомісія схвалила ще €6,1 млрд на оборонні закупівлі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Кошти призначені для ППО і ПРО, ракет, боєприпасів та радарів. Рішення доповнює раніше погоджені закупівельні плани на €16 млрд.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Європейська комісія; 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Наземні роботи виконали понад 100 тисяч місій від початку року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Йдеться про логістичні й евакуаційні завдання Сил оборони. Це накопичувальний відомчий показник, а не результат останньої доби.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України; АрміяInform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На Одещині пошкоджено продовольчі склади та енергетичні об’єкти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AP підтвердило наслідки через регіональну владу. Грошової оцінки збитків і підтвердженого впливу на експорт до закриття номера немає.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Associated Press; Одеська обласна влада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151 повітряна ціль; 114 збито або подавлено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РФ застосувала дві ракети «Онікс», шість керованих авіаракет і 143 БпЛА. Знешкоджено 109 дронів та п’ять ракетних цілей; влучання — на 22 локаціях.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рекрутингової програми або квоти не оголошено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Перевірено ресурси Міноборони, Сил оборони, НГУ, «Хартії» та «Ґреґота». Чинні вакансії не подаються як новина.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АрміяInform — довідник рекрута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Міжнародні партнери передали підрозділам НГУ сім автомобілів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Передачу організовано через цивільно-військове співробітництво. Одержувачів, вартість машин і повний перелік донорів не названо.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Командир «Ґреґота» Віталій «Гефест» Корнієнко отримав нагородну зброю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Відзнаку вручив міністр внутрішніх справ. Нових перевірених даних про бойову роботу, навчання, інтерв’ю або російські згадки не виявлено.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артилерійської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Хартія-Хаб відкрив виставку «Підрозділи Незалежності»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Експозиція в Києві заявлена на 24 серпня — 10 вересня. Нових оперативних даних, кадрових рішень або умов набору не оголошено.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Заявлено про удари по російському ВПК, пунктах управління та РЛС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Генштаб повідомив про «Комбінат Каменський», склади, РЛС і пошкодження Су-33, МіГ-29 та «Оріона». Повного незалежного підтвердження масштабу немає.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Кремль назвав британську допомогу «підливанням олії у вогонь»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Статуси: «Заява російської сторони» та «Ймовірна інформаційна операція». Факт британського рішення підтверджено; російська оцінка його наслідків є політичною заявою.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Reuters; уряд Великої Британії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підтвердженої зміни фронту після ранкового зрізу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Остання оцінка ISW фіксувала локальне просування РФ східніше Слов’янська й уже подана у №049. Нового звіту з додатковими геолокаціями до 18:00 не було.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Institute for the Study of War; 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231 бій, 151 повітряна ціль і нові рішення партнерів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 добу також зафіксовано 299 КАБ, 10 747 фронтових дронів і 3 110 обстрілів. ЄС схвалив €6,1 млрд, Британія оголосила підтримку виробництва SCALP.</w:t>
      </w:r>
    </w:p>
    <w:p>
      <w:pPr>
        <w:spacing w:before="0" w:after="12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Єврокомісія</w:t>
        </w:r>
      </w:hyperlink>
    </w:p>
    <w:p>
      <w:pPr>
        <w:keepNext/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keepNext/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соціальна напруга: KIS 100/100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 зафіксовано 231 бойове зіткнення, 299 КАБ, 10 747 фронтових застосувань дронів і 3 110 обстрілів. ППО знешкодила 114 із 151 повітряної цілі.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зріс до 100/100. Єврокомісія схвалила €6,1 млрд на оборонні закупівлі, а Велика Британія оголосила технологічну підтримку виробництва SCALP.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Вечірнє зведення Генштабу, нова нічна атака, незалежна оцінка ударів по російському ВПК та практичний механізм рішень ЄС і Британії.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Вечірнє зведення Генштабу та наслідки ударів по Одещині й інших регіонах.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Нова нічна атака, маршрути цілей і офіційний підсумок ППО.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оцінка ударів по «Каменському», аеродрому «Витязево» та російській РЛС.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Механізм використання €6,1 млрд ЄС і практичний графік технологічної співпраці щодо SCALP.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№050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№050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apnews.com/article/russia-ukraine-war-independence-burnham-f9db9e721a230e5881405603a423785c" TargetMode="External"/><Relationship Id="rId14" Type="http://schemas.openxmlformats.org/officeDocument/2006/relationships/hyperlink" Target="https://www.zsu.gov.ua/news/operatyvna-informatsiia-stanom-na-0800-24082026-shchodo-rosiiskoho-vtorhnennia" TargetMode="External"/><Relationship Id="rId15" Type="http://schemas.openxmlformats.org/officeDocument/2006/relationships/hyperlink" Target="https://mod.gov.ua/news/bojovi-vtrati-voroga-na-24-serpnya-2026-roku" TargetMode="External"/><Relationship Id="rId16" Type="http://schemas.openxmlformats.org/officeDocument/2006/relationships/hyperlink" Target="https://www.gov.uk/government/news/britain-is-100-behind-you-prime-minister-andy-burnham-visits-kyiv-on-ukrainian-independence-day-for-first-international-trip" TargetMode="External"/><Relationship Id="rId17" Type="http://schemas.openxmlformats.org/officeDocument/2006/relationships/hyperlink" Target="https://cyprus.representation.ec.europa.eu/news/commission-approves-eur61-billion-ukraines-defence-2026-08-24_en" TargetMode="External"/><Relationship Id="rId18" Type="http://schemas.openxmlformats.org/officeDocument/2006/relationships/hyperlink" Target="https://armyinform.com.ua/2026/08/24/z-pochatku-roku-nrk-vykonaly-ponad-100-000/" TargetMode="External"/><Relationship Id="rId19" Type="http://schemas.openxmlformats.org/officeDocument/2006/relationships/hyperlink" Target="https://t.me/s/kpszsu?before=74283" TargetMode="External"/><Relationship Id="rId20" Type="http://schemas.openxmlformats.org/officeDocument/2006/relationships/hyperlink" Target="https://armyinform.com.ua/category/dovidnyk-rekruta/" TargetMode="External"/><Relationship Id="rId21" Type="http://schemas.openxmlformats.org/officeDocument/2006/relationships/hyperlink" Target="https://ngu.gov.ua/2026/08/24/" TargetMode="External"/><Relationship Id="rId22" Type="http://schemas.openxmlformats.org/officeDocument/2006/relationships/hyperlink" Target="https://www.facebook.com/khartiia.gregit/posts/122127152630737886/" TargetMode="External"/><Relationship Id="rId23" Type="http://schemas.openxmlformats.org/officeDocument/2006/relationships/hyperlink" Target="https://www.facebook.com/khartiiacorps/posts/1033849306077221/" TargetMode="External"/><Relationship Id="rId24" Type="http://schemas.openxmlformats.org/officeDocument/2006/relationships/hyperlink" Target="https://www.zsu.gov.ua/news/urazheno-dva-punkty-upravlinnia-sklady-mtz-ta-rls-st-68-pidtverdzheno-poshkodzhennia-bpla-orion-ta-boiovykh-litakiv-protyvnyka" TargetMode="External"/><Relationship Id="rId25" Type="http://schemas.openxmlformats.org/officeDocument/2006/relationships/hyperlink" Target="https://www.reuters.com/world/europe/kremlin-says-british-missile-help-ukraine-adds-fuel-fire-2026-08-24/" TargetMode="External"/><Relationship Id="rId26" Type="http://schemas.openxmlformats.org/officeDocument/2006/relationships/hyperlink" Target="https://understandingwar.org/research/russia-ukraine/russian-offensive-campaign-assessment-august-23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№050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