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№051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25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24 СЕРПНЯ 06:00 — 25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6 060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2 353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—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бойове зіткнення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 (КАБ)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підсумок нічної атаки очікується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181 зіткнення, 165 КАБ, 6 060 фронтових застосувань дронів і 2 353 обстріли — неповний зріз станом на 22:00. Підсумок нічної атаки до 06:00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щонайменше 181 бойове зіткнення до 22:00, 165 КАБ, 6 060 фронтових застосувань дронів, 2 353 обстріли, тривала нічна атака без завершеного підсумку та різке міжнародне напруження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−93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закликала партнерів прискорити ППО й закрити оборонний дефіцит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Зеленський заявив про потребу в перехоплювачах і фінансуванні. Reuters підтвердив заяви про прискорення французьких поставок ППО та британську технологічну підтримку; це зобов’язання, а не вже здійснені поставки.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181 бойове зіткнення станом на 22:00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 Покровському напрямку зафіксовано 22 атаки, на Костянтинівському — 14. Це неповний вечірній зріз; частина боїв тривала.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165 КАБ, 6 060 фронтових дронів і 2 353 обстріли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 22:00 РФ завдала одного ракетного удару двома ракетами та 58 авіаударів. Наведені показники є неповним добовим підсумком.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добової оцінки втрат РФ до 06:00 не оприлюднено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Міноборони ще не опублікувало таблицю за 25 серпня. Показники попередньої доби не повторюються як нові.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Британія та Франція пообіцяли посилити військову підтримку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Лондон підтвердив технологічну підтримку SCALP, Париж — прискорення постачання перехоплювачів. Точні строки й обсяги публічно не деталізовані.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ЄС схвалив €6,1 млрд; понад 50 держав підтримали вимогу припинення вогню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Кошти призначені для оборонних закупівель. Окремого нового рішення НАТО або США про поставки до 06:00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Reuters; Європейська комісія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та Британія підписали оборонне партнерство у сфері ШІ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Британія стане першим іноземним партнером Avengers AI Labs. Угода передбачає спільну розробку моделей виявлення цілей на основі реальних бойових даних.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Уряд Великої Британії; 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Держава компенсувала агровиробникам 174,7 млн грн за українську техніку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Йдеться про 1 423 одиниці техніки, придбані у червні на 838,3 млн грн із ПДВ. Це показник програми підтримки, а не оцінка економіки за добу.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економіки та довкілля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Нічна повітряна атака тривала під час закриття номера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Повітряні сили повідомляли про рух ударних БпЛА. До 06:00 завершеного підсумку із кількістю запущених і знешкоджених цілей не було.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рекрутингової програми або квоти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ресурси Міноборони, Сил оборони, НГУ, «Хартії» та «Ґреґота». Чинні вакансії не подаються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АрміяInform — довідник рекрута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Події Хартія-Хабу продовжили збір донатів на «Ґреґіт»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Офіційна сторінка бригади анонсувала серію подій до 25 серпня з вільними внесками. Підсумкової суми збору або звіту про закупівлю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оперативних повідомлень «Ґреґота» за добу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бойову роботу, навчання, нагородження, інтерв’ю, фото й відео та згадки в українських, міжнародних і російських джерелах. Нового верифікованого матеріалу до 06:00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Після відкриття виставки нових оперативних заяв корпусу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 Києві триває виставка «Підрозділи Незалежності». Нових повідомлень про бойову обстановку, командування, рекрутинг або міжнародні контакти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Президент нагородив трьох воїнів НГУ, двох — посмертно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Орден «Золота Зірка» отримав головний сержант Сергій Панайотов. Нагороди Назара Кравчука та Назарія Гринцевича передали їхнім рідним.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Кремль пригрозив пошуком українських майданчиків виробництва ракет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«Ймовірна інформаційна операція». Факт угоди підтверджений Лондоном; російські твердження про наслідки й майбутні дії незалежно не підтверджені.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Reuters; уряд Великої Британії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геолокованої оцінки ISW за 24 серпня до 06:00 не було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Останній звіт фіксував локальне просування РФ східніше Слов’янська. Кількість атак сама по собі не доводить зміну контролю території.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181 бій, нове оборонне партнерство ШІ та нічна атака без підсумку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 22:00 зафіксовано 165 КАБ, 6 060 фронтових дронів і 2 353 обстріли. Фінальні числа нічної атаки й нова оцінка втрат РФ очікуються.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уряд Великої Британії; Повітряні сили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 зафіксовано 181 бойове зіткнення, 165 КАБ, 6 060 фронтових застосувань дронів і 2 353 обстріли. Підсумок нічної атаки до 06:00 ще не оприлюднено.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залишається 100/100. Україна й Велика Британія підписали оборонне партнерство у сфері ШІ, а союзники заявили про прискорення підтримки ППО.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Ранкове зведення Генштабу, підсумок нічної атаки, нова оцінка втрат РФ і нові геолокації ISW.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Ранкове зведення Генштабу, підсумок нічної атаки та офіційні наслідки в регіонах.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Нова добова оцінка втрат РФ і підтверджені дані про роботу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Нові геолокації ISW та незалежна оцінка ударів по російських військових і логістичних об’єктах.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Механізм використання €6,1 млрд ЄС, Avengers AI Labs і технологічної співпраці щодо SCALP.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№051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№051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ukraine-wants-peace-wont-give-zelenskiy-says-independence-day-2026-08-24/" TargetMode="External"/><Relationship Id="rId14" Type="http://schemas.openxmlformats.org/officeDocument/2006/relationships/hyperlink" Target="https://www.facebook.com/GeneralStaff.ua/posts/1419587153687692/" TargetMode="External"/><Relationship Id="rId15" Type="http://schemas.openxmlformats.org/officeDocument/2006/relationships/hyperlink" Target="https://mod.gov.ua/news/bojovi-vtrati-voroga-na-24-serpnya-2026-roku" TargetMode="External"/><Relationship Id="rId16" Type="http://schemas.openxmlformats.org/officeDocument/2006/relationships/hyperlink" Target="https://www.reuters.com/world/europe/eu-approves-further-61-billion-ukraines-defence-2026-08-24/" TargetMode="External"/><Relationship Id="rId17" Type="http://schemas.openxmlformats.org/officeDocument/2006/relationships/hyperlink" Target="https://www.gov.uk/government/news/new-partnership-set-to-see-the-uk-and-ukraine-develop-battle-winning-technology-as-britain-secures-access-to-ukraines-avengers-ai-labs" TargetMode="External"/><Relationship Id="rId18" Type="http://schemas.openxmlformats.org/officeDocument/2006/relationships/hyperlink" Target="https://me.gov.ua/News/Detail/0e30b63b-49fe-45bb-bd7f-a26410a631ae?isSpecial=True&amp;lang=uk-UA&amp;title=ZroblenoVUkraini-UkrainskiAgromashinobudivnikiVChervniProdaliPonad1-4-Tis-OdinitsTekhniki-DerzhavaKompensuvalaMaizhe175-MlnYiiVartosti" TargetMode="External"/><Relationship Id="rId19" Type="http://schemas.openxmlformats.org/officeDocument/2006/relationships/hyperlink" Target="https://t.me/s/kpszsu" TargetMode="External"/><Relationship Id="rId20" Type="http://schemas.openxmlformats.org/officeDocument/2006/relationships/hyperlink" Target="https://armyinform.com.ua/category/dovidnyk-rekruta/" TargetMode="External"/><Relationship Id="rId21" Type="http://schemas.openxmlformats.org/officeDocument/2006/relationships/hyperlink" Target="https://www.facebook.com/khartiia.gregit/" TargetMode="External"/><Relationship Id="rId22" Type="http://schemas.openxmlformats.org/officeDocument/2006/relationships/hyperlink" Target="https://www.facebook.com/khartiiacorps/posts/1033849306077221/" TargetMode="External"/><Relationship Id="rId23" Type="http://schemas.openxmlformats.org/officeDocument/2006/relationships/hyperlink" Target="https://ngu.gov.ua/do-35-yi-richnyczi-nezalezhnosti-ukrayiny-prezydent-nagorodyv-troh-voyiniv-naczgvardiyi-dvoh-z-nyh-posmertno/" TargetMode="External"/><Relationship Id="rId24" Type="http://schemas.openxmlformats.org/officeDocument/2006/relationships/hyperlink" Target="https://www.reuters.com/world/europe/kremlin-says-british-missile-help-ukraine-adds-fuel-fire-2026-08-24/" TargetMode="External"/><Relationship Id="rId25" Type="http://schemas.openxmlformats.org/officeDocument/2006/relationships/hyperlink" Target="https://understandingwar.org/research/russia-ukraine/russian-offensive-campaign-assessment-august-23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№051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