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№052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25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24 СЕРПНЯ 18:00 — 25 СЕРПНЯ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209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234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9 641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3 203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150 / 124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100/100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бойових зіткнень за добу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 (КАБ)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фронтові застосування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обстріли позицій і громад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запущено / знешкоджено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209 зіткнень, 234 КАБ, 9 641 фронтове застосування дронів і 3 203 обстріли — повний добовий зріз. Повітряні сили окремо підтвердили 150 запущених і 124 знешкоджених ударних БпЛА.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100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100/100: 209 бойових зіткнень, 234 КАБ, 9 641 фронтове застосування дронів, 3 203 обстріли, нічна атака 150 БпЛА й двома ракетами, цивільні жертви та висока міжнародна невизначеність формують критичний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90%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5%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−96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95%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3%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−97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60" w:after="6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209 боїв за добу; вночі РФ запустила 150 ударних БпЛА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Генштаб зафіксував 209 бойових зіткнень. Повітряні сили повідомили про 150 ударних БпЛА та дві ракети; 124 дрони збито або подавлено, влучання зафіксовано у 17 місцях.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Найбільше атак — на Покровському та Костянтинівському напрямках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За добу там відбулося 22 і 19 атак відповідно. Кількість атак характеризує інтенсивність, але сама по собі не доводить зміни контролю території.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234 КАБ, 9 641 фронтовий дрон і 3 203 обстріли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РФ завдала двох ракетних ударів трьома ракетами та 80 авіаударів. Із 3 203 обстрілів 83 здійснено з РСЗВ.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Оцінка України: 1 230 військових, 1 555 БпЛА і 48 артсистем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Міноборони також заявило про дев’ять ББМ, два РСЗВ й один засіб ППО. Це оцінка української сторони, яку неможливо незалежно перевірити в реальному часі.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Україна й United for Ukraine обговорили фінансування ОПК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Пріоритетами названо ППО, українські дрони й ракети та далекобійні артилерійські боєприпаси. Це переговорний порядок денний, а не оголошення нової поставки.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€6,1 млрд ЄС підтверджено; нових рішень НАТО або США немає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ЄС погодив фінансування оборонних закупівель України. До 18:00 окремого нового кількісно визначеного рішення НАТО або США про поставки не виявлено.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Reuters; Європейська комісія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Вперше оголошено тендер на наземні роботизовані комплекси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Закупівля охоплює логістичні й ударні НРК. Учасник повинен мати кодифікований комплекс; один виробник зможе отримати не більш як половину обсягу в класі.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України; Кабінет Міністрів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Уряд готує нові інструменти підтримки прифронтових аграріїв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Йдеться про компенсації за втрачені посіви, землі з фортифікаціями, релокацію та підтримку зони 20–50 км від фронту. Це заявлені наміри, а не здійснені виплати.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Міністерство економіки та довкілля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124 із 150 ударних БпЛА збито або подавлено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Повітряні сили повідомили про влучання 26 дронів у 17 місцях і падіння уламків у семи. Удари по Запоріжжю та Харкову забрали щонайменше три життя; дані можуть уточнюватися.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Повітряні сили ЗСУ; місцева влада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Нової рекрутингової програми або квоти не оголошено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Перевірено ресурси Міноборони, Сил оборони, НГУ, «Хартії» та «Ґреґота». Чинні вакансії не подаються як новина.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АрміяInform — довідник рекрута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Збір «150%» наблизився до 122,65 млн грн із 150 млн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Фонд відображав 122 646 299 грн зібраних коштів. Це накопичувальний показник офіційної сторінки, а не сума надходжень лише за добу.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Фонд «Повернись живим»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Командира «Ґреґота» Віталія Корнієнка відзначили нагородною зброєю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Про відзнаку міністра внутрішніх справ повідомила офіційна сторінка бригади. Незалежного підтвердження деталі нагородження не виявлено.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Офіційна сторінка 7-ї артилерійської бригади «Ґреґіт»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Нових підтверджених оперативних повідомлень корпусу немає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Перевірено діяльність, бойову обстановку, командування, рекрутинг, міжнародні контакти та офіційні заяви. Нового матеріалу до 18:00 не виявлено.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Офіційна сторінка корпусу «Хартія»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Сили оборони заявили про удари по НПЗ і газопереробному заводу РФ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Генштаб підтвердив удар по Афіпському НПЗ та установках Астраханського ГПЗ. AP підтвердила пожежу на НПЗ; повний масштаб пошкоджень не встановлено.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Генеральний штаб ЗСУ; Associated Press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Путін дозволив тимчасове держуправління критичною інфраструктурою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Статуси: «Заява російської сторони» та «Потребує перевірки». Факт указу підтвердили Reuters і AP; заявлені цілі та майбутнє застосування ще не встановлені.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Reuters; Associated Press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ISW підтвердив локальні просування України на трьох ділянках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Геолокації вказують на просування східніше Діброви, у Новосолошиному й Широкому та на південному сході Оріхова. Масштабного прориву не встановлено; відео РФ з Долинки ISW оцінив як імовірно змінене ШІ.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6">
        <w:r>
          <w:rPr>
            <w:color w:val="B5121B"/>
            <w:u w:val="single"/>
            <w:rFonts w:ascii="Calibri" w:hAnsi="Calibri"/>
            <w:sz w:val="19"/>
          </w:rPr>
          <w:t>Institute for the Study of War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209 боїв, 150 ударних БпЛА та новий тендер на НРК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За добу також зафіксовано 234 КАБ, 9 641 фронтове застосування дронів і 3 203 обстріли. ISW підтвердив лише локальні зміни фронту.</w:t>
      </w:r>
    </w:p>
    <w:p>
      <w:pPr>
        <w:spacing w:before="0" w:after="12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 ЗСУ; Міноборони; ISW</w:t>
        </w:r>
      </w:hyperlink>
    </w:p>
    <w:p>
      <w:pPr>
        <w:keepNext/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keepNext/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бойова, повітряна й соціальна напруга: KIS 100/100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За добу зафіксовано 209 бойових зіткнень, 234 КАБ, 9 641 фронтове застосування дронів і 3 203 обстріли. У нічній атаці застосовано 150 ударних БпЛА, 124 знешкоджено.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залишається 100/100. ISW підтвердив локальні просування України на трьох ділянках; оголошено перший тендер на логістичні й ударні НРК.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Вечірнє зведення Генштабу, нові повітряні загрози, оцінка пошкоджень російської нафтогазової інфраструктури й нові геолокації ISW.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6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Вечірнє зведення Генштабу, наслідки ударів у регіонах і нові повітряні загрози.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Нічна атака, робота ППО та перевірені числа запущених і знешкоджених цілей.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Нові геолокації ISW та незалежна оцінка пошкоджень Афіпського НПЗ й Астраханського ГПЗ.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Механізм €6,1 млрд ЄС, фінансування українського ОПК та результати тендера на НРК.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979" w:right="1440" w:bottom="893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№052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№052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zsu.gov.ua/news/operatyvna-informatsiia-stanom-na-0800-25082026-shchodo-rosiiskoho-vtorhnennia" TargetMode="External"/><Relationship Id="rId14" Type="http://schemas.openxmlformats.org/officeDocument/2006/relationships/hyperlink" Target="https://mod.gov.ua/news/bojovi-vtrati-voroga-na-25-serpnya-2026-roku" TargetMode="External"/><Relationship Id="rId15" Type="http://schemas.openxmlformats.org/officeDocument/2006/relationships/hyperlink" Target="https://mod.gov.ua/news/ukraina-ta-yevropeiski-parlamentari-obhovoryly-pershocherhovi-oboronni-potreby-pidtrymku-opk-i-win-win-partnerstva" TargetMode="External"/><Relationship Id="rId16" Type="http://schemas.openxmlformats.org/officeDocument/2006/relationships/hyperlink" Target="https://www.reuters.com/world/europe/eu-approves-further-61-billion-ukraines-defence-2026-08-24/" TargetMode="External"/><Relationship Id="rId17" Type="http://schemas.openxmlformats.org/officeDocument/2006/relationships/hyperlink" Target="https://mod.gov.ua/news/vpershe-oholosheno-tender-na-zakupivliu-nrk-za-vyznachenymy-minoborony-kharakterystykamy" TargetMode="External"/><Relationship Id="rId18" Type="http://schemas.openxmlformats.org/officeDocument/2006/relationships/hyperlink" Target="https://me.gov.ua/News/Detail/369fc2af-80d0-4007-900d-2079aaff8d4e?lang=uk-UA&amp;title=DerzhavaGotuNoviInstrumentiPidtrimkiAgrariivUPrifrontovikhRegionakh" TargetMode="External"/><Relationship Id="rId19" Type="http://schemas.openxmlformats.org/officeDocument/2006/relationships/hyperlink" Target="https://www.facebook.com/kpszsu/posts/1514790630688880/" TargetMode="External"/><Relationship Id="rId20" Type="http://schemas.openxmlformats.org/officeDocument/2006/relationships/hyperlink" Target="https://armyinform.com.ua/category/dovidnyk-rekruta/" TargetMode="External"/><Relationship Id="rId21" Type="http://schemas.openxmlformats.org/officeDocument/2006/relationships/hyperlink" Target="https://savelife.in.ua/" TargetMode="External"/><Relationship Id="rId22" Type="http://schemas.openxmlformats.org/officeDocument/2006/relationships/hyperlink" Target="https://www.facebook.com/khartiia.gregit/posts/122127152630737886/" TargetMode="External"/><Relationship Id="rId23" Type="http://schemas.openxmlformats.org/officeDocument/2006/relationships/hyperlink" Target="https://www.facebook.com/khartiiacorps/" TargetMode="External"/><Relationship Id="rId24" Type="http://schemas.openxmlformats.org/officeDocument/2006/relationships/hyperlink" Target="https://www.zsu.gov.ua/news/urazheno-afipskyi-npz-ta-ustanovky-separatsii-hazu-astrakhanskoho-hpz" TargetMode="External"/><Relationship Id="rId25" Type="http://schemas.openxmlformats.org/officeDocument/2006/relationships/hyperlink" Target="https://www.reuters.com/business/media-telecom/putin-hands-russian-state-right-take-control-badly-protected-infrastructure-2026-08-24/" TargetMode="External"/><Relationship Id="rId26" Type="http://schemas.openxmlformats.org/officeDocument/2006/relationships/hyperlink" Target="https://understandingwar.org/research/russia-ukraine/russian-offensive-campaign-assessment-august-24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№052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